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736" w:rsidRPr="00F14736" w:rsidRDefault="00F1473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F14736">
        <w:rPr>
          <w:rFonts w:ascii="Times New Roman" w:hAnsi="Times New Roman" w:cs="Times New Roman"/>
          <w:b/>
          <w:sz w:val="24"/>
          <w:szCs w:val="24"/>
        </w:rPr>
        <w:t xml:space="preserve">13. </w:t>
      </w:r>
      <w:proofErr w:type="spellStart"/>
      <w:proofErr w:type="gramStart"/>
      <w:r w:rsidRPr="00F14736">
        <w:rPr>
          <w:rFonts w:ascii="Times New Roman" w:hAnsi="Times New Roman" w:cs="Times New Roman"/>
          <w:b/>
          <w:sz w:val="24"/>
          <w:szCs w:val="24"/>
        </w:rPr>
        <w:t>évfolyam</w:t>
      </w:r>
      <w:proofErr w:type="spellEnd"/>
      <w:proofErr w:type="gramEnd"/>
      <w:r w:rsidRPr="00F14736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Pr="00F14736">
        <w:rPr>
          <w:rFonts w:ascii="Times New Roman" w:hAnsi="Times New Roman" w:cs="Times New Roman"/>
          <w:b/>
          <w:sz w:val="24"/>
          <w:szCs w:val="24"/>
        </w:rPr>
        <w:t>Digitális</w:t>
      </w:r>
      <w:proofErr w:type="spellEnd"/>
      <w:r w:rsidRPr="00F1473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14736">
        <w:rPr>
          <w:rFonts w:ascii="Times New Roman" w:hAnsi="Times New Roman" w:cs="Times New Roman"/>
          <w:b/>
          <w:sz w:val="24"/>
          <w:szCs w:val="24"/>
        </w:rPr>
        <w:t>kultúra</w:t>
      </w:r>
      <w:proofErr w:type="spellEnd"/>
      <w:r w:rsidRPr="00F14736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F14736">
        <w:rPr>
          <w:rFonts w:ascii="Times New Roman" w:hAnsi="Times New Roman" w:cs="Times New Roman"/>
          <w:b/>
          <w:sz w:val="24"/>
          <w:szCs w:val="24"/>
        </w:rPr>
        <w:t>Oktatási</w:t>
      </w:r>
      <w:proofErr w:type="spellEnd"/>
      <w:r w:rsidRPr="00F1473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14736">
        <w:rPr>
          <w:rFonts w:ascii="Times New Roman" w:hAnsi="Times New Roman" w:cs="Times New Roman"/>
          <w:b/>
          <w:sz w:val="24"/>
          <w:szCs w:val="24"/>
        </w:rPr>
        <w:t>ágazat</w:t>
      </w:r>
      <w:proofErr w:type="spellEnd"/>
      <w:r w:rsidRPr="00F14736">
        <w:rPr>
          <w:rFonts w:ascii="Times New Roman" w:hAnsi="Times New Roman" w:cs="Times New Roman"/>
          <w:b/>
          <w:sz w:val="24"/>
          <w:szCs w:val="24"/>
        </w:rPr>
        <w:t xml:space="preserve"> - </w:t>
      </w:r>
      <w:proofErr w:type="spellStart"/>
      <w:r w:rsidRPr="00F14736">
        <w:rPr>
          <w:rFonts w:ascii="Times New Roman" w:hAnsi="Times New Roman" w:cs="Times New Roman"/>
          <w:b/>
          <w:sz w:val="24"/>
          <w:szCs w:val="24"/>
        </w:rPr>
        <w:t>Oktatási</w:t>
      </w:r>
      <w:proofErr w:type="spellEnd"/>
      <w:r w:rsidRPr="00F1473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14736">
        <w:rPr>
          <w:rFonts w:ascii="Times New Roman" w:hAnsi="Times New Roman" w:cs="Times New Roman"/>
          <w:b/>
          <w:sz w:val="24"/>
          <w:szCs w:val="24"/>
        </w:rPr>
        <w:t>szakasszisztens</w:t>
      </w:r>
      <w:proofErr w:type="spellEnd"/>
      <w:r w:rsidRPr="00F14736">
        <w:rPr>
          <w:rFonts w:ascii="Times New Roman" w:hAnsi="Times New Roman" w:cs="Times New Roman"/>
          <w:b/>
          <w:sz w:val="24"/>
          <w:szCs w:val="24"/>
        </w:rPr>
        <w:t>)</w:t>
      </w: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4685"/>
        <w:gridCol w:w="5503"/>
      </w:tblGrid>
      <w:tr w:rsidR="00081F53" w:rsidTr="00F14736">
        <w:trPr>
          <w:jc w:val="center"/>
        </w:trPr>
        <w:tc>
          <w:tcPr>
            <w:tcW w:w="4685" w:type="dxa"/>
            <w:shd w:val="clear" w:color="auto" w:fill="E7ECF2"/>
          </w:tcPr>
          <w:bookmarkEnd w:id="0"/>
          <w:p w:rsidR="00081F53" w:rsidRDefault="000F5A46">
            <w:proofErr w:type="spellStart"/>
            <w:r>
              <w:rPr>
                <w:b/>
              </w:rPr>
              <w:t>Témakör</w:t>
            </w:r>
            <w:proofErr w:type="spellEnd"/>
          </w:p>
        </w:tc>
        <w:tc>
          <w:tcPr>
            <w:tcW w:w="5503" w:type="dxa"/>
            <w:shd w:val="clear" w:color="auto" w:fill="E7ECF2"/>
          </w:tcPr>
          <w:p w:rsidR="00081F53" w:rsidRDefault="000F5A46">
            <w:r>
              <w:rPr>
                <w:b/>
              </w:rPr>
              <w:t>Tananyag</w:t>
            </w:r>
          </w:p>
        </w:tc>
      </w:tr>
      <w:tr w:rsidR="00081F53" w:rsidTr="00F14736">
        <w:trPr>
          <w:jc w:val="center"/>
        </w:trPr>
        <w:tc>
          <w:tcPr>
            <w:tcW w:w="4685" w:type="dxa"/>
          </w:tcPr>
          <w:p w:rsidR="00081F53" w:rsidRDefault="000F5A46">
            <w:pPr>
              <w:spacing w:after="40"/>
            </w:pPr>
            <w:r>
              <w:t>Szövegszerkesztés</w:t>
            </w:r>
          </w:p>
        </w:tc>
        <w:tc>
          <w:tcPr>
            <w:tcW w:w="5503" w:type="dxa"/>
          </w:tcPr>
          <w:p w:rsidR="00081F53" w:rsidRDefault="000F5A46">
            <w:pPr>
              <w:pStyle w:val="Felsorols"/>
              <w:spacing w:after="40"/>
            </w:pPr>
            <w:r>
              <w:t>Szövegszerkesztés alapjai, betűformázás, szimbólumok</w:t>
            </w:r>
          </w:p>
          <w:p w:rsidR="00081F53" w:rsidRDefault="000F5A46">
            <w:pPr>
              <w:pStyle w:val="Felsorols"/>
              <w:spacing w:after="40"/>
            </w:pPr>
            <w:r>
              <w:t>Bekezdésformázás, listák</w:t>
            </w:r>
          </w:p>
          <w:p w:rsidR="00081F53" w:rsidRDefault="000F5A46">
            <w:pPr>
              <w:pStyle w:val="Felsorols"/>
              <w:spacing w:after="40"/>
            </w:pPr>
            <w:r>
              <w:t>Táblázatok, tabulátorok</w:t>
            </w:r>
          </w:p>
          <w:p w:rsidR="00081F53" w:rsidRDefault="000F5A46">
            <w:pPr>
              <w:pStyle w:val="Felsorols"/>
              <w:spacing w:after="40"/>
            </w:pPr>
            <w:r>
              <w:t>Képek és tartalomjegyzék beszúrása</w:t>
            </w:r>
          </w:p>
          <w:p w:rsidR="00081F53" w:rsidRDefault="000F5A46">
            <w:pPr>
              <w:pStyle w:val="Felsorols"/>
              <w:spacing w:after="40"/>
            </w:pPr>
            <w:r>
              <w:t>Oldalbeállítás, élőfej-élőláb, lábjegyzet-végjegyzet</w:t>
            </w:r>
          </w:p>
        </w:tc>
      </w:tr>
      <w:tr w:rsidR="00081F53" w:rsidTr="00F14736">
        <w:trPr>
          <w:jc w:val="center"/>
        </w:trPr>
        <w:tc>
          <w:tcPr>
            <w:tcW w:w="4685" w:type="dxa"/>
          </w:tcPr>
          <w:p w:rsidR="00081F53" w:rsidRDefault="000F5A46">
            <w:pPr>
              <w:spacing w:after="40"/>
            </w:pPr>
            <w:r>
              <w:t>Bemutatókészítés</w:t>
            </w:r>
          </w:p>
        </w:tc>
        <w:tc>
          <w:tcPr>
            <w:tcW w:w="5503" w:type="dxa"/>
          </w:tcPr>
          <w:p w:rsidR="00081F53" w:rsidRDefault="000F5A46">
            <w:pPr>
              <w:pStyle w:val="Felsorols"/>
              <w:spacing w:after="40"/>
            </w:pPr>
            <w:r>
              <w:t>Prezentációkészítés alapjai, alapvető műveletek</w:t>
            </w:r>
          </w:p>
          <w:p w:rsidR="00081F53" w:rsidRDefault="000F5A46">
            <w:pPr>
              <w:pStyle w:val="Felsorols"/>
              <w:spacing w:after="40"/>
            </w:pPr>
            <w:r>
              <w:t>Téma és stílus</w:t>
            </w:r>
          </w:p>
          <w:p w:rsidR="00081F53" w:rsidRDefault="000F5A46">
            <w:pPr>
              <w:pStyle w:val="Felsorols"/>
              <w:spacing w:after="40"/>
            </w:pPr>
            <w:r>
              <w:t>Objektumok kezelése és elrendezése</w:t>
            </w:r>
          </w:p>
          <w:p w:rsidR="00081F53" w:rsidRDefault="000F5A46">
            <w:pPr>
              <w:pStyle w:val="Felsorols"/>
              <w:spacing w:after="40"/>
            </w:pPr>
            <w:r>
              <w:t>Áttűnések, animációk</w:t>
            </w:r>
          </w:p>
          <w:p w:rsidR="00081F53" w:rsidRDefault="000F5A46">
            <w:pPr>
              <w:pStyle w:val="Felsorols"/>
              <w:spacing w:after="40"/>
            </w:pPr>
            <w:r>
              <w:t>Multimédia és diavezérlés</w:t>
            </w:r>
          </w:p>
        </w:tc>
      </w:tr>
      <w:tr w:rsidR="00081F53" w:rsidTr="00F14736">
        <w:trPr>
          <w:jc w:val="center"/>
        </w:trPr>
        <w:tc>
          <w:tcPr>
            <w:tcW w:w="4685" w:type="dxa"/>
          </w:tcPr>
          <w:p w:rsidR="00081F53" w:rsidRDefault="000F5A46">
            <w:pPr>
              <w:spacing w:after="40"/>
            </w:pPr>
            <w:r>
              <w:t>Portfólió</w:t>
            </w:r>
          </w:p>
        </w:tc>
        <w:tc>
          <w:tcPr>
            <w:tcW w:w="5503" w:type="dxa"/>
          </w:tcPr>
          <w:p w:rsidR="00081F53" w:rsidRDefault="000F5A46">
            <w:pPr>
              <w:pStyle w:val="Felsorols"/>
              <w:spacing w:after="40"/>
            </w:pPr>
            <w:r>
              <w:t>Portfólió megírása</w:t>
            </w:r>
          </w:p>
          <w:p w:rsidR="00081F53" w:rsidRDefault="000F5A46">
            <w:pPr>
              <w:pStyle w:val="Felsorols"/>
              <w:spacing w:after="40"/>
            </w:pPr>
            <w:r>
              <w:t>Portfólióhoz prezentáció elkészítése</w:t>
            </w:r>
          </w:p>
        </w:tc>
      </w:tr>
      <w:tr w:rsidR="00081F53" w:rsidTr="00F14736">
        <w:trPr>
          <w:jc w:val="center"/>
        </w:trPr>
        <w:tc>
          <w:tcPr>
            <w:tcW w:w="4685" w:type="dxa"/>
          </w:tcPr>
          <w:p w:rsidR="00081F53" w:rsidRDefault="000F5A46">
            <w:pPr>
              <w:spacing w:after="40"/>
            </w:pPr>
            <w:r>
              <w:t>Táblázatkezelés</w:t>
            </w:r>
          </w:p>
        </w:tc>
        <w:tc>
          <w:tcPr>
            <w:tcW w:w="5503" w:type="dxa"/>
          </w:tcPr>
          <w:p w:rsidR="00081F53" w:rsidRDefault="000F5A46">
            <w:pPr>
              <w:pStyle w:val="Felsorols"/>
              <w:spacing w:after="40"/>
            </w:pPr>
            <w:r>
              <w:t>Táblázatkezelés alapjai, cellák formázása</w:t>
            </w:r>
          </w:p>
          <w:p w:rsidR="00081F53" w:rsidRDefault="000F5A46">
            <w:pPr>
              <w:pStyle w:val="Felsorols"/>
              <w:spacing w:after="40"/>
            </w:pPr>
            <w:r>
              <w:t>Képletek</w:t>
            </w:r>
          </w:p>
          <w:p w:rsidR="00081F53" w:rsidRDefault="000F5A46">
            <w:pPr>
              <w:pStyle w:val="Felsorols"/>
              <w:spacing w:after="40"/>
            </w:pPr>
            <w:r>
              <w:t>Függvények</w:t>
            </w:r>
          </w:p>
          <w:p w:rsidR="00081F53" w:rsidRDefault="000F5A46">
            <w:pPr>
              <w:pStyle w:val="Felsorols"/>
              <w:spacing w:after="40"/>
            </w:pPr>
            <w:r>
              <w:t>Diagramok létrehozása és módosítása</w:t>
            </w:r>
          </w:p>
        </w:tc>
      </w:tr>
      <w:tr w:rsidR="00081F53" w:rsidTr="00F14736">
        <w:trPr>
          <w:jc w:val="center"/>
        </w:trPr>
        <w:tc>
          <w:tcPr>
            <w:tcW w:w="4685" w:type="dxa"/>
          </w:tcPr>
          <w:p w:rsidR="00081F53" w:rsidRDefault="000F5A46">
            <w:pPr>
              <w:spacing w:after="40"/>
            </w:pPr>
            <w:r>
              <w:t>Egyéb informatikai ismeretek</w:t>
            </w:r>
          </w:p>
        </w:tc>
        <w:tc>
          <w:tcPr>
            <w:tcW w:w="5503" w:type="dxa"/>
          </w:tcPr>
          <w:p w:rsidR="00081F53" w:rsidRDefault="000F5A46">
            <w:pPr>
              <w:pStyle w:val="Felsorols"/>
              <w:spacing w:after="40"/>
            </w:pPr>
            <w:r>
              <w:t>Az adatok biztonságos tárolása</w:t>
            </w:r>
          </w:p>
          <w:p w:rsidR="00081F53" w:rsidRDefault="000F5A46">
            <w:pPr>
              <w:pStyle w:val="Felsorols"/>
              <w:spacing w:after="40"/>
            </w:pPr>
            <w:r>
              <w:t>Az informatikai környezet tudatos alakítása</w:t>
            </w:r>
          </w:p>
          <w:p w:rsidR="00081F53" w:rsidRDefault="000F5A46">
            <w:pPr>
              <w:pStyle w:val="Felsorols"/>
              <w:spacing w:after="40"/>
            </w:pPr>
            <w:r>
              <w:t>Az egészséges munkakörnyezet megteremtése</w:t>
            </w:r>
          </w:p>
          <w:p w:rsidR="00081F53" w:rsidRDefault="000F5A46">
            <w:pPr>
              <w:pStyle w:val="Felsorols"/>
              <w:spacing w:after="40"/>
            </w:pPr>
            <w:r>
              <w:t>Nagyobb dokumentumok létrehozása, átalakítása, formázás</w:t>
            </w:r>
          </w:p>
          <w:p w:rsidR="00081F53" w:rsidRDefault="000F5A46">
            <w:pPr>
              <w:pStyle w:val="Felsorols"/>
              <w:spacing w:after="40"/>
            </w:pPr>
            <w:r>
              <w:t>Problémamegoldás táblázatkezelővel</w:t>
            </w:r>
          </w:p>
          <w:p w:rsidR="00081F53" w:rsidRDefault="000F5A46">
            <w:pPr>
              <w:pStyle w:val="Felsorols"/>
              <w:spacing w:after="40"/>
            </w:pPr>
            <w:r>
              <w:t>Adatkezelés táblázatkezelővel</w:t>
            </w:r>
          </w:p>
          <w:p w:rsidR="00081F53" w:rsidRDefault="000F5A46">
            <w:pPr>
              <w:pStyle w:val="Felsorols"/>
              <w:spacing w:after="40"/>
            </w:pPr>
            <w:r>
              <w:t>Továbbtanuláshoz, pályaválasztáshoz kapcsolódó weboldalak ismerete, használata</w:t>
            </w:r>
          </w:p>
        </w:tc>
      </w:tr>
    </w:tbl>
    <w:p w:rsidR="000F5A46" w:rsidRDefault="000F5A46"/>
    <w:sectPr w:rsidR="000F5A46" w:rsidSect="00034616">
      <w:pgSz w:w="12240" w:h="15840"/>
      <w:pgMar w:top="1020" w:right="1134" w:bottom="96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81F53"/>
    <w:rsid w:val="000F5A46"/>
    <w:rsid w:val="0015074B"/>
    <w:rsid w:val="0029639D"/>
    <w:rsid w:val="00326F90"/>
    <w:rsid w:val="00AA1D8D"/>
    <w:rsid w:val="00B47730"/>
    <w:rsid w:val="00CB0664"/>
    <w:rsid w:val="00F1473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60"/>
    </w:pPr>
    <w:rPr>
      <w:rFonts w:ascii="Calibri" w:hAnsi="Calibri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60"/>
    </w:pPr>
    <w:rPr>
      <w:rFonts w:ascii="Calibri" w:hAnsi="Calibri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D899DA5-461B-490D-A10F-E12931078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872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997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Monika</cp:lastModifiedBy>
  <cp:revision>3</cp:revision>
  <dcterms:created xsi:type="dcterms:W3CDTF">2013-12-23T23:15:00Z</dcterms:created>
  <dcterms:modified xsi:type="dcterms:W3CDTF">2026-10-27T17:20:00Z</dcterms:modified>
  <cp:category/>
</cp:coreProperties>
</file>