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011" w:rsidRPr="000F0E55" w:rsidRDefault="000541A0">
      <w:pPr>
        <w:spacing w:after="240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F0E55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gramStart"/>
      <w:r w:rsidRPr="000F0E55">
        <w:rPr>
          <w:rFonts w:ascii="Times New Roman" w:hAnsi="Times New Roman" w:cs="Times New Roman"/>
          <w:b/>
          <w:sz w:val="24"/>
          <w:szCs w:val="24"/>
        </w:rPr>
        <w:t>évfolyam</w:t>
      </w:r>
      <w:proofErr w:type="gramEnd"/>
      <w:r w:rsidRPr="000F0E55">
        <w:rPr>
          <w:rFonts w:ascii="Times New Roman" w:hAnsi="Times New Roman" w:cs="Times New Roman"/>
          <w:b/>
          <w:sz w:val="24"/>
          <w:szCs w:val="24"/>
        </w:rPr>
        <w:t xml:space="preserve"> – oktatás ágazat - Óvodai nevelő szakma - Óvodai gyakorlat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496011">
        <w:tc>
          <w:tcPr>
            <w:tcW w:w="5156" w:type="dxa"/>
            <w:vAlign w:val="center"/>
          </w:tcPr>
          <w:bookmarkEnd w:id="0"/>
          <w:p w:rsidR="00496011" w:rsidRDefault="000541A0">
            <w:pPr>
              <w:spacing w:after="40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156" w:type="dxa"/>
            <w:vAlign w:val="center"/>
          </w:tcPr>
          <w:p w:rsidR="00496011" w:rsidRDefault="000541A0">
            <w:pPr>
              <w:spacing w:after="40"/>
              <w:jc w:val="center"/>
            </w:pPr>
            <w:r>
              <w:rPr>
                <w:b/>
              </w:rPr>
              <w:t>Tananyag</w:t>
            </w:r>
          </w:p>
        </w:tc>
      </w:tr>
      <w:tr w:rsidR="00496011">
        <w:tc>
          <w:tcPr>
            <w:tcW w:w="4252" w:type="dxa"/>
          </w:tcPr>
          <w:p w:rsidR="00496011" w:rsidRDefault="000541A0">
            <w:pPr>
              <w:spacing w:after="40"/>
            </w:pPr>
            <w:r>
              <w:t>A gyermek tevékenységének megfigyelése, támogatása, problémahelyzetek elemzése</w:t>
            </w:r>
          </w:p>
        </w:tc>
        <w:tc>
          <w:tcPr>
            <w:tcW w:w="5669" w:type="dxa"/>
          </w:tcPr>
          <w:p w:rsidR="00496011" w:rsidRDefault="000541A0">
            <w:pPr>
              <w:pStyle w:val="Felsorols"/>
              <w:spacing w:after="40"/>
            </w:pPr>
            <w:r>
              <w:t>A gyermekek fejlettségének mutatói, életkorának megfelelő fejlettség</w:t>
            </w:r>
          </w:p>
          <w:p w:rsidR="00496011" w:rsidRDefault="000541A0">
            <w:pPr>
              <w:pStyle w:val="Felsorols"/>
              <w:spacing w:after="40"/>
            </w:pPr>
            <w:r>
              <w:t xml:space="preserve">Az </w:t>
            </w:r>
            <w:r>
              <w:t>óvodai befogadás folyamata, alapelvei, nehézségei</w:t>
            </w:r>
          </w:p>
          <w:p w:rsidR="00496011" w:rsidRDefault="000541A0">
            <w:pPr>
              <w:pStyle w:val="Felsorols"/>
              <w:spacing w:after="40"/>
            </w:pPr>
            <w:r>
              <w:t>A társas kapcsolatok alakulása, jellemzői</w:t>
            </w:r>
          </w:p>
          <w:p w:rsidR="00496011" w:rsidRDefault="000541A0">
            <w:pPr>
              <w:pStyle w:val="Felsorols"/>
              <w:spacing w:after="40"/>
            </w:pPr>
            <w:r>
              <w:t>A nevelő és a gyermek kapcsolata</w:t>
            </w:r>
          </w:p>
          <w:p w:rsidR="00496011" w:rsidRDefault="000541A0">
            <w:pPr>
              <w:pStyle w:val="Felsorols"/>
              <w:spacing w:after="40"/>
            </w:pPr>
            <w:r>
              <w:t>A játék, munka, tanulás pedagógiai/pszichológiai alapjainak megfigyelése A gyermek játéktevékenységének</w:t>
            </w:r>
          </w:p>
          <w:p w:rsidR="00496011" w:rsidRDefault="000541A0">
            <w:pPr>
              <w:pStyle w:val="Felsorols"/>
              <w:spacing w:after="40"/>
            </w:pPr>
            <w:r>
              <w:t xml:space="preserve">alakulása Játéktevékenység </w:t>
            </w:r>
            <w:r>
              <w:t>segítése</w:t>
            </w:r>
          </w:p>
          <w:p w:rsidR="00496011" w:rsidRDefault="000541A0">
            <w:pPr>
              <w:pStyle w:val="Felsorols"/>
              <w:spacing w:after="40"/>
            </w:pPr>
            <w:r>
              <w:t>A gyermek rajz-ábrázolás tevékenységének fejlődése, rajzok alapján a gyermek fejlettségének mutatói</w:t>
            </w:r>
          </w:p>
          <w:p w:rsidR="00496011" w:rsidRDefault="000541A0">
            <w:pPr>
              <w:pStyle w:val="Felsorols"/>
              <w:spacing w:after="40"/>
            </w:pPr>
            <w:r>
              <w:t>A különleges bánásmódot igénylő gyermek: sajátos nevelési igényű gyermek, beilleszkedési, tanulási, magatartási nehézséggel küzdő gyermek, kiemelte</w:t>
            </w:r>
            <w:r>
              <w:t>n tehetséges gyermek</w:t>
            </w:r>
          </w:p>
          <w:p w:rsidR="00496011" w:rsidRDefault="000541A0">
            <w:pPr>
              <w:pStyle w:val="Felsorols"/>
              <w:spacing w:after="40"/>
            </w:pPr>
            <w:r>
              <w:t>A gyermekek kapcsolatainak rendszere, konfliktusmegoldások elemzése, véleményezése</w:t>
            </w:r>
          </w:p>
          <w:p w:rsidR="00496011" w:rsidRDefault="000541A0">
            <w:pPr>
              <w:pStyle w:val="Felsorols"/>
              <w:spacing w:after="40"/>
            </w:pPr>
            <w:r>
              <w:t>Az óvodai élet tevékenységi formáinak megfigyelése, segítése Játék (szabadjáték, nevelés a játékban, viselkedési problémák a játékban, a játéksegítés ál</w:t>
            </w:r>
            <w:r>
              <w:t>talános alapelvei)</w:t>
            </w:r>
          </w:p>
          <w:p w:rsidR="00496011" w:rsidRDefault="000541A0">
            <w:pPr>
              <w:pStyle w:val="Felsorols"/>
              <w:spacing w:after="40"/>
            </w:pPr>
            <w:r>
              <w:t>Verselés, mesélés</w:t>
            </w:r>
          </w:p>
          <w:p w:rsidR="00496011" w:rsidRDefault="000541A0">
            <w:pPr>
              <w:pStyle w:val="Felsorols"/>
              <w:spacing w:after="40"/>
            </w:pPr>
            <w:r>
              <w:t>Ének, zene, énekes játék, gyermektánc</w:t>
            </w:r>
          </w:p>
          <w:p w:rsidR="00496011" w:rsidRDefault="000541A0">
            <w:pPr>
              <w:pStyle w:val="Felsorols"/>
              <w:spacing w:after="40"/>
            </w:pPr>
            <w:r>
              <w:t>Rajzolás, festés, mintázás, kézimunka</w:t>
            </w:r>
          </w:p>
          <w:p w:rsidR="00496011" w:rsidRDefault="000541A0">
            <w:pPr>
              <w:pStyle w:val="Felsorols"/>
              <w:spacing w:after="40"/>
            </w:pPr>
            <w:r>
              <w:t>Mozgás</w:t>
            </w:r>
          </w:p>
          <w:p w:rsidR="00496011" w:rsidRDefault="000541A0">
            <w:pPr>
              <w:pStyle w:val="Felsorols"/>
              <w:spacing w:after="40"/>
            </w:pPr>
            <w:r>
              <w:t>A külső világ tevékeny megismerése (közlekedés, tájékozódás) Munka jellegű tevékenységek</w:t>
            </w:r>
          </w:p>
          <w:p w:rsidR="00496011" w:rsidRDefault="000541A0">
            <w:pPr>
              <w:pStyle w:val="Felsorols"/>
              <w:spacing w:after="40"/>
            </w:pPr>
            <w:r>
              <w:t xml:space="preserve">Tevékenységekben megvalósuló tanulás </w:t>
            </w:r>
            <w:r>
              <w:t>(mesterségek megismerése, játékos matematikai nevelés) 1</w:t>
            </w:r>
          </w:p>
        </w:tc>
      </w:tr>
      <w:tr w:rsidR="00496011">
        <w:tc>
          <w:tcPr>
            <w:tcW w:w="4252" w:type="dxa"/>
          </w:tcPr>
          <w:p w:rsidR="00496011" w:rsidRDefault="000541A0">
            <w:pPr>
              <w:spacing w:after="40"/>
            </w:pPr>
            <w:r>
              <w:t>Gondozási tevékenység megfigyelése, irányítása</w:t>
            </w:r>
          </w:p>
        </w:tc>
        <w:tc>
          <w:tcPr>
            <w:tcW w:w="5669" w:type="dxa"/>
          </w:tcPr>
          <w:p w:rsidR="00496011" w:rsidRDefault="000541A0">
            <w:pPr>
              <w:pStyle w:val="Felsorols"/>
              <w:spacing w:after="40"/>
            </w:pPr>
            <w:r>
              <w:t>A gondozás szerepe a nevelési folyamatban</w:t>
            </w:r>
          </w:p>
          <w:p w:rsidR="00496011" w:rsidRDefault="000541A0">
            <w:pPr>
              <w:pStyle w:val="Felsorols"/>
              <w:spacing w:after="40"/>
            </w:pPr>
            <w:r>
              <w:t>Az egészséges életmódra nevelés területei: a gyermek gondozása, testi szükségleteinek, mozgásigényének kielég</w:t>
            </w:r>
            <w:r>
              <w:t>ítése</w:t>
            </w:r>
          </w:p>
          <w:p w:rsidR="00496011" w:rsidRDefault="000541A0">
            <w:pPr>
              <w:pStyle w:val="Felsorols"/>
              <w:spacing w:after="40"/>
            </w:pPr>
            <w:r>
              <w:t>A harmonikus, összerendezett mozgás fejlődésének elősegítése</w:t>
            </w:r>
          </w:p>
          <w:p w:rsidR="00496011" w:rsidRDefault="000541A0">
            <w:pPr>
              <w:pStyle w:val="Felsorols"/>
              <w:spacing w:after="40"/>
            </w:pPr>
            <w:r>
              <w:t>A gyermekek testi képességek fejlődésének segítése</w:t>
            </w:r>
          </w:p>
          <w:p w:rsidR="00496011" w:rsidRDefault="000541A0">
            <w:pPr>
              <w:pStyle w:val="Felsorols"/>
              <w:spacing w:after="40"/>
            </w:pPr>
            <w:r>
              <w:t>A gyermekek egészségének védelme, edzése, óvása, megőrzése; az egészséges életmód, a testápolás, az étkezés, az öltözködés, a betegségmege</w:t>
            </w:r>
            <w:r>
              <w:t>lőzés és az egészségmegőrzés szokásainak alakítása A gyermekek fejlődéséhez</w:t>
            </w:r>
          </w:p>
          <w:p w:rsidR="00496011" w:rsidRDefault="000541A0">
            <w:pPr>
              <w:pStyle w:val="Felsorols"/>
              <w:spacing w:after="40"/>
            </w:pPr>
            <w:r>
              <w:t>szükséges egészséges és biztonságos környezet feltételei</w:t>
            </w:r>
          </w:p>
          <w:p w:rsidR="00496011" w:rsidRDefault="000541A0">
            <w:pPr>
              <w:pStyle w:val="Felsorols"/>
              <w:spacing w:after="40"/>
            </w:pPr>
            <w:r>
              <w:t>Gondozási tevékenység elemzése pedagógiai/pszichológiai szempontok alapján</w:t>
            </w:r>
          </w:p>
          <w:p w:rsidR="00496011" w:rsidRDefault="000541A0">
            <w:pPr>
              <w:pStyle w:val="Felsorols"/>
              <w:spacing w:after="40"/>
            </w:pPr>
            <w:r>
              <w:t>Az óvodai neveléshez kapcsolódó gondozási tevéke</w:t>
            </w:r>
            <w:r>
              <w:t>nységek megfigyelése és kivitelezése</w:t>
            </w:r>
          </w:p>
          <w:p w:rsidR="00496011" w:rsidRDefault="000541A0">
            <w:pPr>
              <w:pStyle w:val="Felsorols"/>
              <w:spacing w:after="40"/>
            </w:pPr>
            <w:r>
              <w:t>Az egészséges életmód igényének és szokásainak kialakítása</w:t>
            </w:r>
          </w:p>
          <w:p w:rsidR="00496011" w:rsidRDefault="000541A0">
            <w:pPr>
              <w:pStyle w:val="Felsorols"/>
              <w:spacing w:after="40"/>
            </w:pPr>
            <w:r>
              <w:t>A gyermek gondozása, testi szükségleteinek, mozgásigényének kielégítése;</w:t>
            </w:r>
          </w:p>
          <w:p w:rsidR="00496011" w:rsidRDefault="000541A0">
            <w:pPr>
              <w:pStyle w:val="Felsorols"/>
              <w:spacing w:after="40"/>
            </w:pPr>
            <w:r>
              <w:t>A testápolás, szobatisztaságra nevelés, a tisztálkodás, öltözködés segítése és szokásai</w:t>
            </w:r>
            <w:r>
              <w:t>nak kialakítása</w:t>
            </w:r>
          </w:p>
          <w:p w:rsidR="00496011" w:rsidRDefault="000541A0">
            <w:pPr>
              <w:pStyle w:val="Felsorols"/>
              <w:spacing w:after="40"/>
            </w:pPr>
            <w:r>
              <w:t>A kulturált étkezés szokásainak kialakítása</w:t>
            </w:r>
          </w:p>
          <w:p w:rsidR="00496011" w:rsidRDefault="000541A0">
            <w:pPr>
              <w:pStyle w:val="Felsorols"/>
              <w:spacing w:after="40"/>
            </w:pPr>
            <w:r>
              <w:lastRenderedPageBreak/>
              <w:t>A nyugodt alvás, pihenés biztosítása</w:t>
            </w:r>
          </w:p>
          <w:p w:rsidR="00496011" w:rsidRDefault="000541A0">
            <w:pPr>
              <w:pStyle w:val="Felsorols"/>
              <w:spacing w:after="40"/>
            </w:pPr>
            <w:r>
              <w:t>Az egészséges és biztonságos környezet megteremtése</w:t>
            </w:r>
          </w:p>
          <w:p w:rsidR="00496011" w:rsidRDefault="000541A0">
            <w:pPr>
              <w:pStyle w:val="Felsorols"/>
              <w:spacing w:after="40"/>
            </w:pPr>
            <w:r>
              <w:t>Speciális gondozási feladatok ellátása</w:t>
            </w:r>
          </w:p>
        </w:tc>
      </w:tr>
      <w:tr w:rsidR="00496011">
        <w:tc>
          <w:tcPr>
            <w:tcW w:w="4252" w:type="dxa"/>
          </w:tcPr>
          <w:p w:rsidR="00496011" w:rsidRDefault="000541A0">
            <w:pPr>
              <w:spacing w:after="40"/>
            </w:pPr>
            <w:r>
              <w:lastRenderedPageBreak/>
              <w:t>Anyanyelvi és értelmi fejlesztés megfigyelése és segítése</w:t>
            </w:r>
          </w:p>
        </w:tc>
        <w:tc>
          <w:tcPr>
            <w:tcW w:w="5669" w:type="dxa"/>
          </w:tcPr>
          <w:p w:rsidR="00496011" w:rsidRDefault="000541A0">
            <w:pPr>
              <w:pStyle w:val="Felsorols"/>
              <w:spacing w:after="40"/>
            </w:pPr>
            <w:r>
              <w:t>A mondóká</w:t>
            </w:r>
            <w:r>
              <w:t>k, versek, mesék kiválasztása A mesélés Mondókák, versek bemutatása, gyakorlása a gyerekekkel Éneklés, énekek bemutatása, gyakorlása a gyerekekkel</w:t>
            </w:r>
          </w:p>
          <w:p w:rsidR="00496011" w:rsidRDefault="000541A0">
            <w:pPr>
              <w:pStyle w:val="Felsorols"/>
              <w:spacing w:after="40"/>
            </w:pPr>
            <w:r>
              <w:t>Az elsajátított előkészítő gyakorlatok alkalmazása (a szakember irányításával) az óvodások körében</w:t>
            </w:r>
          </w:p>
        </w:tc>
      </w:tr>
      <w:tr w:rsidR="00496011">
        <w:tc>
          <w:tcPr>
            <w:tcW w:w="4252" w:type="dxa"/>
          </w:tcPr>
          <w:p w:rsidR="00496011" w:rsidRDefault="000541A0">
            <w:pPr>
              <w:spacing w:after="40"/>
            </w:pPr>
            <w:r>
              <w:t>Tevékenységekhez kapcsolódó kreatív alkotás</w:t>
            </w:r>
          </w:p>
        </w:tc>
        <w:tc>
          <w:tcPr>
            <w:tcW w:w="5669" w:type="dxa"/>
          </w:tcPr>
          <w:p w:rsidR="00496011" w:rsidRDefault="000541A0">
            <w:pPr>
              <w:pStyle w:val="Felsorols"/>
              <w:spacing w:after="40"/>
            </w:pPr>
            <w:r>
              <w:t>A manuális tevékenységek szerepe a gyermek mozgás- és személyiségfejlődésében: vizuális technikák megismerése</w:t>
            </w:r>
          </w:p>
          <w:p w:rsidR="00496011" w:rsidRDefault="000541A0">
            <w:pPr>
              <w:pStyle w:val="Felsorols"/>
              <w:spacing w:after="40"/>
            </w:pPr>
            <w:r>
              <w:t>A kézműves munkafolyamatok alkalmazása (tervezés, anyag- és technikaválasztás, kivitelezés, díszítés)</w:t>
            </w:r>
          </w:p>
          <w:p w:rsidR="00496011" w:rsidRDefault="000541A0">
            <w:pPr>
              <w:pStyle w:val="Felsorols"/>
              <w:spacing w:after="40"/>
            </w:pPr>
            <w:r>
              <w:t>A természetes anyagok és felhasználási lehetőségeik, öko- design, újrahasznosítás</w:t>
            </w:r>
          </w:p>
          <w:p w:rsidR="00496011" w:rsidRDefault="000541A0">
            <w:pPr>
              <w:pStyle w:val="Felsorols"/>
              <w:spacing w:after="40"/>
            </w:pPr>
            <w:r>
              <w:t>A rajzolás, festés, mintázás alapelemei, különböző technikák alkalmazásának módjai</w:t>
            </w:r>
          </w:p>
          <w:p w:rsidR="00496011" w:rsidRDefault="000541A0">
            <w:pPr>
              <w:pStyle w:val="Felsorols"/>
              <w:spacing w:after="40"/>
            </w:pPr>
            <w:r>
              <w:t>Dekoráció, ajándék- és játékkészítés lehetőségei Báb-, makett és díszletkészítés, dekoratív</w:t>
            </w:r>
            <w:r>
              <w:t xml:space="preserve"> felületalakítás</w:t>
            </w:r>
          </w:p>
          <w:p w:rsidR="00496011" w:rsidRDefault="000541A0">
            <w:pPr>
              <w:pStyle w:val="Felsorols"/>
              <w:spacing w:after="40"/>
            </w:pPr>
            <w:r>
              <w:t>Népművészethez és néphagyományhoz kapcsolódó tárgyak készítése</w:t>
            </w:r>
          </w:p>
          <w:p w:rsidR="00496011" w:rsidRDefault="000541A0">
            <w:pPr>
              <w:pStyle w:val="Felsorols"/>
              <w:spacing w:after="40"/>
            </w:pPr>
            <w:r>
              <w:t>Szemléltető eszközök készítésének lehetőségei, technikái</w:t>
            </w:r>
          </w:p>
        </w:tc>
      </w:tr>
      <w:tr w:rsidR="00496011">
        <w:tc>
          <w:tcPr>
            <w:tcW w:w="4252" w:type="dxa"/>
          </w:tcPr>
          <w:p w:rsidR="00496011" w:rsidRDefault="000541A0">
            <w:pPr>
              <w:spacing w:after="40"/>
            </w:pPr>
            <w:r>
              <w:t>Környezettudatos nevelés, tevékenységek a kertben</w:t>
            </w:r>
          </w:p>
        </w:tc>
        <w:tc>
          <w:tcPr>
            <w:tcW w:w="5669" w:type="dxa"/>
          </w:tcPr>
          <w:p w:rsidR="00496011" w:rsidRDefault="000541A0">
            <w:pPr>
              <w:pStyle w:val="Felsorols"/>
              <w:spacing w:after="40"/>
            </w:pPr>
            <w:r>
              <w:t xml:space="preserve">Környezeti nevelés, szemléletformálás lehetőségei az óvodai nevelés </w:t>
            </w:r>
            <w:r>
              <w:t>folyamatában</w:t>
            </w:r>
          </w:p>
          <w:p w:rsidR="00496011" w:rsidRDefault="000541A0">
            <w:pPr>
              <w:pStyle w:val="Felsorols"/>
              <w:spacing w:after="40"/>
            </w:pPr>
            <w:r>
              <w:t>A környezet rendjének megtartása</w:t>
            </w:r>
          </w:p>
          <w:p w:rsidR="00496011" w:rsidRDefault="000541A0">
            <w:pPr>
              <w:pStyle w:val="Felsorols"/>
              <w:spacing w:after="40"/>
            </w:pPr>
            <w:r>
              <w:t>Ismerkedés a Zöld Óvodák Hálózattal, az Erdei Óvodai Programmal stb.</w:t>
            </w:r>
          </w:p>
          <w:p w:rsidR="00496011" w:rsidRDefault="000541A0">
            <w:pPr>
              <w:pStyle w:val="Felsorols"/>
              <w:spacing w:after="40"/>
            </w:pPr>
            <w:r>
              <w:t>Növények, állatok, élősarok gondozása</w:t>
            </w:r>
          </w:p>
          <w:p w:rsidR="00496011" w:rsidRDefault="000541A0">
            <w:pPr>
              <w:pStyle w:val="Felsorols"/>
              <w:spacing w:after="40"/>
            </w:pPr>
            <w:r>
              <w:t>Zöldséges- és virágoskert gondozása, ismerkedés a gyógynövényekkel</w:t>
            </w:r>
          </w:p>
          <w:p w:rsidR="00496011" w:rsidRDefault="000541A0">
            <w:pPr>
              <w:pStyle w:val="Felsorols"/>
              <w:spacing w:after="40"/>
            </w:pPr>
            <w:r>
              <w:t xml:space="preserve">Kerti eszközök, szerszámok </w:t>
            </w:r>
            <w:r>
              <w:t>biztonságos használata, komposztálás</w:t>
            </w:r>
          </w:p>
          <w:p w:rsidR="00496011" w:rsidRDefault="000541A0">
            <w:pPr>
              <w:pStyle w:val="Felsorols"/>
              <w:spacing w:after="40"/>
            </w:pPr>
            <w:r>
              <w:t>A környezet tevékeny megismerése és védelme a kirándulások során</w:t>
            </w:r>
          </w:p>
          <w:p w:rsidR="00496011" w:rsidRDefault="000541A0">
            <w:pPr>
              <w:pStyle w:val="Felsorols"/>
              <w:spacing w:after="40"/>
            </w:pPr>
            <w:r>
              <w:t>A szelektív hulladékgyűjtésre nevelés, az újrahasznosítás lehetőségei az óvodában</w:t>
            </w:r>
          </w:p>
          <w:p w:rsidR="00496011" w:rsidRDefault="000541A0">
            <w:pPr>
              <w:pStyle w:val="Felsorols"/>
              <w:spacing w:after="40"/>
            </w:pPr>
            <w:r>
              <w:t>Energiatudatosságra, energiatakarékosságra nevelés a</w:t>
            </w:r>
          </w:p>
          <w:p w:rsidR="00496011" w:rsidRDefault="000541A0">
            <w:pPr>
              <w:pStyle w:val="Felsorols"/>
              <w:spacing w:after="40"/>
            </w:pPr>
            <w:r>
              <w:t>mindennapokban</w:t>
            </w:r>
          </w:p>
          <w:p w:rsidR="00496011" w:rsidRDefault="000541A0">
            <w:pPr>
              <w:pStyle w:val="Felsorols"/>
              <w:spacing w:after="40"/>
            </w:pPr>
            <w:r>
              <w:t>Zöld</w:t>
            </w:r>
            <w:r>
              <w:t xml:space="preserve"> jeles napok az óvodában (állatok, víz, föld, madarak, fák napja, stb.)</w:t>
            </w:r>
          </w:p>
        </w:tc>
      </w:tr>
      <w:tr w:rsidR="00496011">
        <w:tc>
          <w:tcPr>
            <w:tcW w:w="4252" w:type="dxa"/>
          </w:tcPr>
          <w:p w:rsidR="00496011" w:rsidRDefault="000541A0">
            <w:pPr>
              <w:spacing w:after="40"/>
            </w:pPr>
            <w:r>
              <w:t>Mozgásos tevékenységek óvodáskorban</w:t>
            </w:r>
          </w:p>
        </w:tc>
        <w:tc>
          <w:tcPr>
            <w:tcW w:w="5669" w:type="dxa"/>
          </w:tcPr>
          <w:p w:rsidR="00496011" w:rsidRDefault="000541A0">
            <w:pPr>
              <w:pStyle w:val="Felsorols"/>
              <w:spacing w:after="40"/>
            </w:pPr>
            <w:r>
              <w:t>Mozgásfejlődés és -fejlesztés 0-6 éves korban</w:t>
            </w:r>
          </w:p>
          <w:p w:rsidR="00496011" w:rsidRDefault="000541A0">
            <w:pPr>
              <w:pStyle w:val="Felsorols"/>
              <w:spacing w:after="40"/>
            </w:pPr>
            <w:r>
              <w:t>Mozgásfejlesztés a természetes mozgások segítségével Motoros képességek fejlesztése</w:t>
            </w:r>
          </w:p>
          <w:p w:rsidR="00496011" w:rsidRDefault="000541A0">
            <w:pPr>
              <w:pStyle w:val="Felsorols"/>
              <w:spacing w:after="40"/>
            </w:pPr>
            <w:r>
              <w:t xml:space="preserve">játékokkal </w:t>
            </w:r>
            <w:r>
              <w:t>(utánzó játékok, fogójátékok, dobójátékok, sor- és váltóversenyek stb.) óvodáskorban Járás- és gimnasztikai gyakorlatok vezetésének módszerei</w:t>
            </w:r>
          </w:p>
          <w:p w:rsidR="00496011" w:rsidRDefault="000541A0">
            <w:pPr>
              <w:pStyle w:val="Felsorols"/>
              <w:spacing w:after="40"/>
            </w:pPr>
            <w:r>
              <w:t>Mindennapos mozgás tervezése, vezetése</w:t>
            </w:r>
          </w:p>
          <w:p w:rsidR="00496011" w:rsidRDefault="000541A0">
            <w:pPr>
              <w:pStyle w:val="Felsorols"/>
              <w:spacing w:after="40"/>
            </w:pPr>
            <w:r>
              <w:t>Zenére végezhető játékos, táncos mozgásformák, mozgásos játékok</w:t>
            </w:r>
          </w:p>
          <w:p w:rsidR="00496011" w:rsidRDefault="000541A0">
            <w:pPr>
              <w:pStyle w:val="Felsorols"/>
              <w:spacing w:after="40"/>
            </w:pPr>
            <w:r>
              <w:t>Sportfoglal</w:t>
            </w:r>
            <w:r>
              <w:t>kozások szervezési feladatai (gyermekfutball, korcsolya, úszás, stb.)</w:t>
            </w:r>
          </w:p>
        </w:tc>
      </w:tr>
      <w:tr w:rsidR="00496011">
        <w:tc>
          <w:tcPr>
            <w:tcW w:w="4252" w:type="dxa"/>
          </w:tcPr>
          <w:p w:rsidR="00496011" w:rsidRDefault="000541A0">
            <w:pPr>
              <w:spacing w:after="40"/>
            </w:pPr>
            <w:r>
              <w:t>Óvodán belüli és kívüli programok, a hagyományőrzés lehetőségei</w:t>
            </w:r>
          </w:p>
        </w:tc>
        <w:tc>
          <w:tcPr>
            <w:tcW w:w="5669" w:type="dxa"/>
          </w:tcPr>
          <w:p w:rsidR="00496011" w:rsidRDefault="000541A0">
            <w:pPr>
              <w:pStyle w:val="Felsorols"/>
              <w:spacing w:after="40"/>
            </w:pPr>
            <w:r>
              <w:t>Az intézmény napirendje, a csoport tevékenységi területei, csoportfoglalkozások, szervezési feladatok, előkészület, lebon</w:t>
            </w:r>
            <w:r>
              <w:t>yolítás segítése</w:t>
            </w:r>
          </w:p>
          <w:p w:rsidR="00496011" w:rsidRDefault="000541A0">
            <w:pPr>
              <w:pStyle w:val="Felsorols"/>
              <w:spacing w:after="40"/>
            </w:pPr>
            <w:r>
              <w:t>A jeles napok, népszokások, helyi szokások a köznevelés és a közművelődés intézményeiben</w:t>
            </w:r>
          </w:p>
          <w:p w:rsidR="00496011" w:rsidRDefault="000541A0">
            <w:pPr>
              <w:pStyle w:val="Felsorols"/>
              <w:spacing w:after="40"/>
            </w:pPr>
            <w:r>
              <w:t>Részvétel az óvodán kívüli programok tervezésében, szervezési feladataiban</w:t>
            </w:r>
          </w:p>
          <w:p w:rsidR="00496011" w:rsidRDefault="000541A0">
            <w:pPr>
              <w:pStyle w:val="Felsorols"/>
              <w:spacing w:after="40"/>
            </w:pPr>
            <w:r>
              <w:t>Ünnepélyek, rendezvények (pl. nemzeti, vallási ünnepek, családi nap, falu-,</w:t>
            </w:r>
            <w:r>
              <w:t xml:space="preserve"> városnap, előadások, találkozók, könyvgyűjtés, közösségépítés, kapcsolat generációk között stb.</w:t>
            </w:r>
          </w:p>
        </w:tc>
      </w:tr>
      <w:tr w:rsidR="00496011">
        <w:tc>
          <w:tcPr>
            <w:tcW w:w="4252" w:type="dxa"/>
          </w:tcPr>
          <w:p w:rsidR="00496011" w:rsidRDefault="000541A0">
            <w:pPr>
              <w:spacing w:after="40"/>
            </w:pPr>
            <w:r>
              <w:t>Családi nevelés és óvodai nevelés kapcsolata</w:t>
            </w:r>
          </w:p>
        </w:tc>
        <w:tc>
          <w:tcPr>
            <w:tcW w:w="5669" w:type="dxa"/>
          </w:tcPr>
          <w:p w:rsidR="00496011" w:rsidRDefault="000541A0">
            <w:pPr>
              <w:pStyle w:val="Felsorols"/>
              <w:spacing w:after="40"/>
            </w:pPr>
            <w:r>
              <w:t>Együttműködés a családdal, szakemberekkel (gyermekvédelmi felelős, szociális munkás, pszichológus, fejlesztőpedag</w:t>
            </w:r>
            <w:r>
              <w:t>ógus stb.)</w:t>
            </w:r>
          </w:p>
          <w:p w:rsidR="00496011" w:rsidRDefault="000541A0">
            <w:pPr>
              <w:pStyle w:val="Felsorols"/>
              <w:spacing w:after="40"/>
            </w:pPr>
            <w:r>
              <w:t>Az óvodai szülői értekezletek szerepe, témái</w:t>
            </w:r>
          </w:p>
          <w:p w:rsidR="00496011" w:rsidRDefault="000541A0">
            <w:pPr>
              <w:pStyle w:val="Felsorols"/>
              <w:spacing w:after="40"/>
            </w:pPr>
            <w:r>
              <w:t>A gyermek otthoni környezetének megismerése, családlátogatás</w:t>
            </w:r>
          </w:p>
          <w:p w:rsidR="00496011" w:rsidRDefault="000541A0">
            <w:pPr>
              <w:pStyle w:val="Felsorols"/>
              <w:spacing w:after="40"/>
            </w:pPr>
            <w:r>
              <w:t>Az interperszonális kapcsolatok (szülő, gondviselő-gyermek- óvodapedagógus), a konfliktuskezelés hatékony módszerei</w:t>
            </w:r>
          </w:p>
          <w:p w:rsidR="00496011" w:rsidRDefault="000541A0">
            <w:pPr>
              <w:pStyle w:val="Felsorols"/>
              <w:spacing w:after="40"/>
            </w:pPr>
            <w:r>
              <w:t>Az óvoda prevenciós mun</w:t>
            </w:r>
            <w:r>
              <w:t>kája (a jelzőrendszer működése)</w:t>
            </w:r>
          </w:p>
        </w:tc>
      </w:tr>
    </w:tbl>
    <w:p w:rsidR="000541A0" w:rsidRDefault="000541A0"/>
    <w:sectPr w:rsidR="000541A0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541A0"/>
    <w:rsid w:val="0006063C"/>
    <w:rsid w:val="000F0E55"/>
    <w:rsid w:val="0015074B"/>
    <w:rsid w:val="0029639D"/>
    <w:rsid w:val="00326F90"/>
    <w:rsid w:val="0049601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FE134E5-B27E-4035-8AE5-43D46A015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5615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2026-10-27T17:48:00Z</dcterms:modified>
  <cp:category/>
</cp:coreProperties>
</file>