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0E8C" w:rsidRDefault="00CA13FB">
      <w:pPr>
        <w:spacing w:after="200"/>
      </w:pPr>
      <w:r>
        <w:rPr>
          <w:b/>
          <w:sz w:val="22"/>
          <w:lang w:val="hu-HU"/>
        </w:rPr>
        <w:t>12. évfolyam – oktatás ágazat - oktatási szakasszisztens szakma – Szabadidő szervezés tantárgy</w:t>
      </w:r>
    </w:p>
    <w:tbl>
      <w:tblPr>
        <w:tblStyle w:val="Rcsostblzat"/>
        <w:tblW w:w="0" w:type="auto"/>
        <w:tblLayout w:type="fixed"/>
        <w:tblLook w:val="04A0" w:firstRow="1" w:lastRow="0" w:firstColumn="1" w:lastColumn="0" w:noHBand="0" w:noVBand="1"/>
      </w:tblPr>
      <w:tblGrid>
        <w:gridCol w:w="4592"/>
        <w:gridCol w:w="5216"/>
      </w:tblGrid>
      <w:tr w:rsidR="00E30E8C">
        <w:tc>
          <w:tcPr>
            <w:tcW w:w="4592" w:type="dxa"/>
            <w:shd w:val="clear" w:color="auto" w:fill="EAEAEA"/>
          </w:tcPr>
          <w:p w:rsidR="00E30E8C" w:rsidRDefault="00CA13FB">
            <w:pPr>
              <w:jc w:val="center"/>
            </w:pPr>
            <w:r>
              <w:rPr>
                <w:b/>
              </w:rPr>
              <w:t>Témakör</w:t>
            </w:r>
          </w:p>
        </w:tc>
        <w:tc>
          <w:tcPr>
            <w:tcW w:w="5216" w:type="dxa"/>
            <w:shd w:val="clear" w:color="auto" w:fill="EAEAEA"/>
          </w:tcPr>
          <w:p w:rsidR="00E30E8C" w:rsidRDefault="00CA13FB">
            <w:pPr>
              <w:jc w:val="center"/>
            </w:pPr>
            <w:r>
              <w:rPr>
                <w:b/>
              </w:rPr>
              <w:t>Tananyag</w:t>
            </w:r>
          </w:p>
        </w:tc>
      </w:tr>
      <w:tr w:rsidR="00E30E8C">
        <w:trPr>
          <w:cantSplit/>
        </w:trPr>
        <w:tc>
          <w:tcPr>
            <w:tcW w:w="4592" w:type="dxa"/>
          </w:tcPr>
          <w:p w:rsidR="00E30E8C" w:rsidRDefault="00CA13FB">
            <w:r>
              <w:rPr>
                <w:sz w:val="19"/>
              </w:rPr>
              <w:t>Játékpedagógia</w:t>
            </w:r>
          </w:p>
        </w:tc>
        <w:tc>
          <w:tcPr>
            <w:tcW w:w="5216" w:type="dxa"/>
          </w:tcPr>
          <w:p w:rsidR="00E30E8C" w:rsidRDefault="00CA13FB">
            <w:pPr>
              <w:pStyle w:val="Felsorols"/>
              <w:spacing w:after="40"/>
              <w:ind w:left="312" w:hanging="198"/>
            </w:pPr>
            <w:r>
              <w:rPr>
                <w:sz w:val="19"/>
              </w:rPr>
              <w:t>Egyéni</w:t>
            </w:r>
            <w:r w:rsidR="00991599">
              <w:rPr>
                <w:sz w:val="19"/>
              </w:rPr>
              <w:t xml:space="preserve"> </w:t>
            </w:r>
            <w:r>
              <w:rPr>
                <w:sz w:val="19"/>
              </w:rPr>
              <w:t>és</w:t>
            </w:r>
            <w:r w:rsidR="00991599">
              <w:rPr>
                <w:sz w:val="19"/>
              </w:rPr>
              <w:t xml:space="preserve"> </w:t>
            </w:r>
            <w:r>
              <w:rPr>
                <w:sz w:val="19"/>
              </w:rPr>
              <w:t>csoportos</w:t>
            </w:r>
            <w:r w:rsidR="00991599">
              <w:rPr>
                <w:sz w:val="19"/>
              </w:rPr>
              <w:t xml:space="preserve"> </w:t>
            </w:r>
            <w:r>
              <w:rPr>
                <w:sz w:val="19"/>
              </w:rPr>
              <w:t>foglalkozásokat meghatározó</w:t>
            </w:r>
            <w:r w:rsidR="00991599">
              <w:rPr>
                <w:sz w:val="19"/>
              </w:rPr>
              <w:t xml:space="preserve"> </w:t>
            </w:r>
            <w:r>
              <w:rPr>
                <w:sz w:val="19"/>
              </w:rPr>
              <w:t>pedagógiai</w:t>
            </w:r>
            <w:r w:rsidR="00991599">
              <w:rPr>
                <w:sz w:val="19"/>
              </w:rPr>
              <w:t xml:space="preserve"> </w:t>
            </w:r>
            <w:r>
              <w:rPr>
                <w:sz w:val="19"/>
              </w:rPr>
              <w:t>és pszichológiai</w:t>
            </w:r>
            <w:r w:rsidR="00991599">
              <w:rPr>
                <w:sz w:val="19"/>
              </w:rPr>
              <w:t xml:space="preserve"> </w:t>
            </w:r>
            <w:r>
              <w:rPr>
                <w:sz w:val="19"/>
              </w:rPr>
              <w:t>jellemzők,</w:t>
            </w:r>
            <w:r w:rsidR="00991599">
              <w:rPr>
                <w:sz w:val="19"/>
              </w:rPr>
              <w:t xml:space="preserve"> </w:t>
            </w:r>
            <w:r>
              <w:rPr>
                <w:sz w:val="19"/>
              </w:rPr>
              <w:t>feltételek</w:t>
            </w:r>
          </w:p>
          <w:p w:rsidR="00E30E8C" w:rsidRDefault="00CA13FB">
            <w:pPr>
              <w:pStyle w:val="Felsorols"/>
              <w:spacing w:after="40"/>
              <w:ind w:left="312" w:hanging="198"/>
            </w:pPr>
            <w:r>
              <w:rPr>
                <w:sz w:val="19"/>
              </w:rPr>
              <w:t>A</w:t>
            </w:r>
            <w:r w:rsidR="00991599">
              <w:rPr>
                <w:sz w:val="19"/>
              </w:rPr>
              <w:t xml:space="preserve"> </w:t>
            </w:r>
            <w:r>
              <w:rPr>
                <w:sz w:val="19"/>
              </w:rPr>
              <w:t>játékra</w:t>
            </w:r>
            <w:r w:rsidR="00991599">
              <w:rPr>
                <w:sz w:val="19"/>
              </w:rPr>
              <w:t xml:space="preserve"> </w:t>
            </w:r>
            <w:r>
              <w:rPr>
                <w:sz w:val="19"/>
              </w:rPr>
              <w:t>vonatkozó</w:t>
            </w:r>
            <w:r w:rsidR="00991599">
              <w:rPr>
                <w:sz w:val="19"/>
              </w:rPr>
              <w:t xml:space="preserve"> </w:t>
            </w:r>
            <w:r>
              <w:rPr>
                <w:sz w:val="19"/>
              </w:rPr>
              <w:t xml:space="preserve">pedagógiai- </w:t>
            </w:r>
            <w:r>
              <w:rPr>
                <w:sz w:val="19"/>
              </w:rPr>
              <w:t>pszichológiai</w:t>
            </w:r>
            <w:r w:rsidR="00991599">
              <w:rPr>
                <w:sz w:val="19"/>
              </w:rPr>
              <w:t xml:space="preserve"> </w:t>
            </w:r>
            <w:r>
              <w:rPr>
                <w:sz w:val="19"/>
              </w:rPr>
              <w:t>elméletek</w:t>
            </w:r>
          </w:p>
          <w:p w:rsidR="00E30E8C" w:rsidRDefault="00CA13FB">
            <w:pPr>
              <w:pStyle w:val="Felsorols"/>
              <w:spacing w:after="40"/>
              <w:ind w:left="312" w:hanging="198"/>
            </w:pPr>
            <w:r>
              <w:rPr>
                <w:sz w:val="19"/>
              </w:rPr>
              <w:t>A</w:t>
            </w:r>
            <w:r w:rsidR="00991599">
              <w:rPr>
                <w:sz w:val="19"/>
              </w:rPr>
              <w:t xml:space="preserve"> </w:t>
            </w:r>
            <w:r>
              <w:rPr>
                <w:sz w:val="19"/>
              </w:rPr>
              <w:t>gyermekjátékok</w:t>
            </w:r>
            <w:r w:rsidR="00991599">
              <w:rPr>
                <w:sz w:val="19"/>
              </w:rPr>
              <w:t xml:space="preserve"> </w:t>
            </w:r>
            <w:r>
              <w:rPr>
                <w:sz w:val="19"/>
              </w:rPr>
              <w:t>biztonsági</w:t>
            </w:r>
            <w:r w:rsidR="00991599">
              <w:rPr>
                <w:sz w:val="19"/>
              </w:rPr>
              <w:t xml:space="preserve"> </w:t>
            </w:r>
            <w:r>
              <w:rPr>
                <w:sz w:val="19"/>
              </w:rPr>
              <w:t>előírásai.</w:t>
            </w:r>
          </w:p>
          <w:p w:rsidR="00E30E8C" w:rsidRDefault="00CA13FB">
            <w:pPr>
              <w:pStyle w:val="Felsorols"/>
              <w:spacing w:after="40"/>
              <w:ind w:left="312" w:hanging="198"/>
            </w:pPr>
            <w:r>
              <w:rPr>
                <w:sz w:val="19"/>
              </w:rPr>
              <w:t>Biztonságossági</w:t>
            </w:r>
            <w:r w:rsidR="00991599">
              <w:rPr>
                <w:sz w:val="19"/>
              </w:rPr>
              <w:t xml:space="preserve"> </w:t>
            </w:r>
            <w:r>
              <w:rPr>
                <w:sz w:val="19"/>
              </w:rPr>
              <w:t>és</w:t>
            </w:r>
            <w:r w:rsidR="00991599">
              <w:rPr>
                <w:sz w:val="19"/>
              </w:rPr>
              <w:t xml:space="preserve"> </w:t>
            </w:r>
            <w:r>
              <w:rPr>
                <w:sz w:val="19"/>
              </w:rPr>
              <w:t>egészségügyi követelmények</w:t>
            </w:r>
          </w:p>
          <w:p w:rsidR="00E30E8C" w:rsidRDefault="00CA13FB">
            <w:pPr>
              <w:pStyle w:val="Felsorols"/>
              <w:spacing w:after="40"/>
              <w:ind w:left="312" w:hanging="198"/>
            </w:pPr>
            <w:r>
              <w:rPr>
                <w:sz w:val="19"/>
              </w:rPr>
              <w:t>A</w:t>
            </w:r>
            <w:r w:rsidR="00991599">
              <w:rPr>
                <w:sz w:val="19"/>
              </w:rPr>
              <w:t xml:space="preserve"> </w:t>
            </w:r>
            <w:r>
              <w:rPr>
                <w:sz w:val="19"/>
              </w:rPr>
              <w:t>j</w:t>
            </w:r>
            <w:r>
              <w:rPr>
                <w:sz w:val="19"/>
              </w:rPr>
              <w:t>átékok</w:t>
            </w:r>
            <w:r w:rsidR="00991599">
              <w:rPr>
                <w:sz w:val="19"/>
              </w:rPr>
              <w:t xml:space="preserve"> </w:t>
            </w:r>
            <w:r>
              <w:rPr>
                <w:sz w:val="19"/>
              </w:rPr>
              <w:t>általános</w:t>
            </w:r>
            <w:r w:rsidR="00991599">
              <w:rPr>
                <w:sz w:val="19"/>
              </w:rPr>
              <w:t xml:space="preserve"> </w:t>
            </w:r>
            <w:r>
              <w:rPr>
                <w:sz w:val="19"/>
              </w:rPr>
              <w:t>jellemzői</w:t>
            </w:r>
          </w:p>
          <w:p w:rsidR="00E30E8C" w:rsidRDefault="00CA13FB">
            <w:pPr>
              <w:pStyle w:val="Felsorols"/>
              <w:spacing w:after="40"/>
              <w:ind w:left="312" w:hanging="198"/>
            </w:pPr>
            <w:r>
              <w:rPr>
                <w:sz w:val="19"/>
              </w:rPr>
              <w:t>A</w:t>
            </w:r>
            <w:r w:rsidR="00991599">
              <w:rPr>
                <w:sz w:val="19"/>
              </w:rPr>
              <w:t xml:space="preserve"> </w:t>
            </w:r>
            <w:r>
              <w:rPr>
                <w:sz w:val="19"/>
              </w:rPr>
              <w:t>játék</w:t>
            </w:r>
            <w:r w:rsidR="00991599">
              <w:rPr>
                <w:sz w:val="19"/>
              </w:rPr>
              <w:t xml:space="preserve"> </w:t>
            </w:r>
            <w:r>
              <w:rPr>
                <w:sz w:val="19"/>
              </w:rPr>
              <w:t>fajtái</w:t>
            </w:r>
          </w:p>
          <w:p w:rsidR="00E30E8C" w:rsidRDefault="00CA13FB">
            <w:pPr>
              <w:pStyle w:val="Felsorols"/>
              <w:spacing w:after="40"/>
              <w:ind w:left="312" w:hanging="198"/>
            </w:pPr>
            <w:r>
              <w:rPr>
                <w:sz w:val="19"/>
              </w:rPr>
              <w:t>A</w:t>
            </w:r>
            <w:r w:rsidR="00991599">
              <w:rPr>
                <w:sz w:val="19"/>
              </w:rPr>
              <w:t xml:space="preserve"> </w:t>
            </w:r>
            <w:r>
              <w:rPr>
                <w:sz w:val="19"/>
              </w:rPr>
              <w:t>játéktevékenység</w:t>
            </w:r>
            <w:r w:rsidR="00991599">
              <w:rPr>
                <w:sz w:val="19"/>
              </w:rPr>
              <w:t xml:space="preserve"> </w:t>
            </w:r>
            <w:r>
              <w:rPr>
                <w:sz w:val="19"/>
              </w:rPr>
              <w:t>f</w:t>
            </w:r>
            <w:r>
              <w:rPr>
                <w:sz w:val="19"/>
              </w:rPr>
              <w:t>ejlődése</w:t>
            </w:r>
            <w:r w:rsidR="00991599">
              <w:rPr>
                <w:sz w:val="19"/>
              </w:rPr>
              <w:t xml:space="preserve"> </w:t>
            </w:r>
            <w:r>
              <w:rPr>
                <w:sz w:val="19"/>
              </w:rPr>
              <w:t>a</w:t>
            </w:r>
            <w:r w:rsidR="00991599">
              <w:rPr>
                <w:sz w:val="19"/>
              </w:rPr>
              <w:t xml:space="preserve"> </w:t>
            </w:r>
            <w:r>
              <w:rPr>
                <w:sz w:val="19"/>
              </w:rPr>
              <w:t>különböző</w:t>
            </w:r>
            <w:r w:rsidR="00991599">
              <w:rPr>
                <w:sz w:val="19"/>
              </w:rPr>
              <w:t xml:space="preserve"> </w:t>
            </w:r>
            <w:r>
              <w:rPr>
                <w:sz w:val="19"/>
              </w:rPr>
              <w:t>életkori</w:t>
            </w:r>
            <w:r w:rsidR="00991599">
              <w:rPr>
                <w:sz w:val="19"/>
              </w:rPr>
              <w:t xml:space="preserve"> </w:t>
            </w:r>
            <w:r>
              <w:rPr>
                <w:sz w:val="19"/>
              </w:rPr>
              <w:t>szakaszokban</w:t>
            </w:r>
          </w:p>
          <w:p w:rsidR="00E30E8C" w:rsidRDefault="00CA13FB">
            <w:pPr>
              <w:pStyle w:val="Felsorols"/>
              <w:spacing w:after="40"/>
              <w:ind w:left="312" w:hanging="198"/>
            </w:pPr>
            <w:r>
              <w:rPr>
                <w:sz w:val="19"/>
              </w:rPr>
              <w:t>A</w:t>
            </w:r>
            <w:r w:rsidR="00991599">
              <w:rPr>
                <w:sz w:val="19"/>
              </w:rPr>
              <w:t xml:space="preserve"> </w:t>
            </w:r>
            <w:r>
              <w:rPr>
                <w:sz w:val="19"/>
              </w:rPr>
              <w:t>játék</w:t>
            </w:r>
            <w:r w:rsidR="00991599">
              <w:rPr>
                <w:sz w:val="19"/>
              </w:rPr>
              <w:t xml:space="preserve"> </w:t>
            </w:r>
            <w:r>
              <w:rPr>
                <w:sz w:val="19"/>
              </w:rPr>
              <w:t>célja,</w:t>
            </w:r>
            <w:r w:rsidR="00991599">
              <w:rPr>
                <w:sz w:val="19"/>
              </w:rPr>
              <w:t xml:space="preserve"> </w:t>
            </w:r>
            <w:r>
              <w:rPr>
                <w:sz w:val="19"/>
              </w:rPr>
              <w:t>szerepe</w:t>
            </w:r>
            <w:r w:rsidR="00991599">
              <w:rPr>
                <w:sz w:val="19"/>
              </w:rPr>
              <w:t xml:space="preserve"> </w:t>
            </w:r>
            <w:r>
              <w:rPr>
                <w:sz w:val="19"/>
              </w:rPr>
              <w:t>az</w:t>
            </w:r>
            <w:r w:rsidR="00991599">
              <w:rPr>
                <w:sz w:val="19"/>
              </w:rPr>
              <w:t xml:space="preserve"> </w:t>
            </w:r>
            <w:r>
              <w:rPr>
                <w:sz w:val="19"/>
              </w:rPr>
              <w:t>óvodások</w:t>
            </w:r>
            <w:r w:rsidR="00991599">
              <w:rPr>
                <w:sz w:val="19"/>
              </w:rPr>
              <w:t xml:space="preserve"> </w:t>
            </w:r>
            <w:r>
              <w:rPr>
                <w:sz w:val="19"/>
              </w:rPr>
              <w:t>és</w:t>
            </w:r>
            <w:r w:rsidR="00991599">
              <w:rPr>
                <w:sz w:val="19"/>
              </w:rPr>
              <w:t xml:space="preserve"> </w:t>
            </w:r>
            <w:r>
              <w:rPr>
                <w:sz w:val="19"/>
              </w:rPr>
              <w:t>az iskolások</w:t>
            </w:r>
            <w:r w:rsidR="00991599">
              <w:rPr>
                <w:sz w:val="19"/>
              </w:rPr>
              <w:t xml:space="preserve"> </w:t>
            </w:r>
            <w:r>
              <w:rPr>
                <w:sz w:val="19"/>
              </w:rPr>
              <w:t>életében</w:t>
            </w:r>
          </w:p>
          <w:p w:rsidR="00991599" w:rsidRPr="00991599" w:rsidRDefault="00CA13FB">
            <w:pPr>
              <w:pStyle w:val="Felsorols"/>
              <w:spacing w:after="40"/>
              <w:ind w:left="312" w:hanging="198"/>
            </w:pPr>
            <w:r>
              <w:rPr>
                <w:sz w:val="19"/>
              </w:rPr>
              <w:t>A</w:t>
            </w:r>
            <w:r w:rsidR="00991599">
              <w:rPr>
                <w:sz w:val="19"/>
              </w:rPr>
              <w:t xml:space="preserve"> </w:t>
            </w:r>
            <w:r>
              <w:rPr>
                <w:sz w:val="19"/>
              </w:rPr>
              <w:t>já</w:t>
            </w:r>
            <w:r>
              <w:rPr>
                <w:sz w:val="19"/>
              </w:rPr>
              <w:t>tékfajták</w:t>
            </w:r>
            <w:r w:rsidR="00991599">
              <w:rPr>
                <w:sz w:val="19"/>
              </w:rPr>
              <w:t xml:space="preserve"> </w:t>
            </w:r>
            <w:r>
              <w:rPr>
                <w:sz w:val="19"/>
              </w:rPr>
              <w:t>hatásai</w:t>
            </w:r>
            <w:r w:rsidR="00991599">
              <w:rPr>
                <w:sz w:val="19"/>
              </w:rPr>
              <w:t xml:space="preserve"> </w:t>
            </w:r>
            <w:r>
              <w:rPr>
                <w:sz w:val="19"/>
              </w:rPr>
              <w:t>a</w:t>
            </w:r>
            <w:r w:rsidR="00991599">
              <w:rPr>
                <w:sz w:val="19"/>
              </w:rPr>
              <w:t xml:space="preserve"> </w:t>
            </w:r>
            <w:r>
              <w:rPr>
                <w:sz w:val="19"/>
              </w:rPr>
              <w:t>gyerekre</w:t>
            </w:r>
            <w:r w:rsidR="00991599">
              <w:rPr>
                <w:sz w:val="19"/>
              </w:rPr>
              <w:t xml:space="preserve"> </w:t>
            </w:r>
            <w:r>
              <w:rPr>
                <w:sz w:val="19"/>
              </w:rPr>
              <w:t>és tanulókra</w:t>
            </w:r>
          </w:p>
          <w:p w:rsidR="00E30E8C" w:rsidRDefault="00CA13FB">
            <w:pPr>
              <w:pStyle w:val="Felsorols"/>
              <w:spacing w:after="40"/>
              <w:ind w:left="312" w:hanging="198"/>
            </w:pPr>
            <w:r>
              <w:rPr>
                <w:sz w:val="19"/>
              </w:rPr>
              <w:t>Játékfajták</w:t>
            </w:r>
            <w:r w:rsidR="00991599">
              <w:rPr>
                <w:sz w:val="19"/>
              </w:rPr>
              <w:t xml:space="preserve"> </w:t>
            </w:r>
            <w:r>
              <w:rPr>
                <w:sz w:val="19"/>
              </w:rPr>
              <w:t>a</w:t>
            </w:r>
            <w:r w:rsidR="00991599">
              <w:rPr>
                <w:sz w:val="19"/>
              </w:rPr>
              <w:t xml:space="preserve"> </w:t>
            </w:r>
            <w:r>
              <w:rPr>
                <w:sz w:val="19"/>
              </w:rPr>
              <w:t>szabadban,</w:t>
            </w:r>
            <w:r w:rsidR="00991599">
              <w:rPr>
                <w:sz w:val="19"/>
              </w:rPr>
              <w:t xml:space="preserve"> </w:t>
            </w:r>
            <w:r>
              <w:rPr>
                <w:sz w:val="19"/>
              </w:rPr>
              <w:t>zárt térben</w:t>
            </w:r>
            <w:r w:rsidR="00991599">
              <w:rPr>
                <w:sz w:val="19"/>
              </w:rPr>
              <w:t xml:space="preserve"> </w:t>
            </w:r>
            <w:r>
              <w:rPr>
                <w:sz w:val="19"/>
              </w:rPr>
              <w:t>játszható</w:t>
            </w:r>
            <w:r w:rsidR="00991599">
              <w:rPr>
                <w:sz w:val="19"/>
              </w:rPr>
              <w:t xml:space="preserve"> </w:t>
            </w:r>
            <w:r>
              <w:rPr>
                <w:sz w:val="19"/>
              </w:rPr>
              <w:t>játékok</w:t>
            </w:r>
          </w:p>
          <w:p w:rsidR="00E30E8C" w:rsidRDefault="00CA13FB">
            <w:pPr>
              <w:pStyle w:val="Felsorols"/>
              <w:spacing w:after="40"/>
              <w:ind w:left="312" w:hanging="198"/>
            </w:pPr>
            <w:r>
              <w:rPr>
                <w:sz w:val="19"/>
              </w:rPr>
              <w:t>A</w:t>
            </w:r>
            <w:r w:rsidR="00991599">
              <w:rPr>
                <w:sz w:val="19"/>
              </w:rPr>
              <w:t xml:space="preserve"> </w:t>
            </w:r>
            <w:r>
              <w:rPr>
                <w:sz w:val="19"/>
              </w:rPr>
              <w:t>sport</w:t>
            </w:r>
            <w:r w:rsidR="00991599">
              <w:rPr>
                <w:sz w:val="19"/>
              </w:rPr>
              <w:t xml:space="preserve"> </w:t>
            </w:r>
            <w:r>
              <w:rPr>
                <w:sz w:val="19"/>
              </w:rPr>
              <w:t>szerepe</w:t>
            </w:r>
            <w:r w:rsidR="00991599">
              <w:rPr>
                <w:sz w:val="19"/>
              </w:rPr>
              <w:t xml:space="preserve"> </w:t>
            </w:r>
            <w:r>
              <w:rPr>
                <w:sz w:val="19"/>
              </w:rPr>
              <w:t>a</w:t>
            </w:r>
            <w:r w:rsidR="00991599">
              <w:rPr>
                <w:sz w:val="19"/>
              </w:rPr>
              <w:t xml:space="preserve"> </w:t>
            </w:r>
            <w:r>
              <w:rPr>
                <w:sz w:val="19"/>
              </w:rPr>
              <w:t>személyiség fejlődésében</w:t>
            </w:r>
          </w:p>
          <w:p w:rsidR="00E30E8C" w:rsidRDefault="00CA13FB">
            <w:pPr>
              <w:pStyle w:val="Felsorols"/>
              <w:spacing w:after="40"/>
              <w:ind w:left="312" w:hanging="198"/>
            </w:pPr>
            <w:r>
              <w:rPr>
                <w:sz w:val="19"/>
              </w:rPr>
              <w:t>A</w:t>
            </w:r>
            <w:r w:rsidR="00991599">
              <w:rPr>
                <w:sz w:val="19"/>
              </w:rPr>
              <w:t xml:space="preserve"> </w:t>
            </w:r>
            <w:r>
              <w:rPr>
                <w:sz w:val="19"/>
              </w:rPr>
              <w:t>sportjátékok</w:t>
            </w:r>
            <w:r w:rsidR="00991599">
              <w:rPr>
                <w:sz w:val="19"/>
              </w:rPr>
              <w:t xml:space="preserve"> </w:t>
            </w:r>
            <w:r>
              <w:rPr>
                <w:sz w:val="19"/>
              </w:rPr>
              <w:t>fajtái,</w:t>
            </w:r>
            <w:r w:rsidR="00991599">
              <w:rPr>
                <w:sz w:val="19"/>
              </w:rPr>
              <w:t xml:space="preserve"> </w:t>
            </w:r>
            <w:r>
              <w:rPr>
                <w:sz w:val="19"/>
              </w:rPr>
              <w:t>szabályai, jellemzői,</w:t>
            </w:r>
            <w:r w:rsidR="00991599">
              <w:rPr>
                <w:sz w:val="19"/>
              </w:rPr>
              <w:t xml:space="preserve"> </w:t>
            </w:r>
            <w:r>
              <w:rPr>
                <w:sz w:val="19"/>
              </w:rPr>
              <w:t>szerepe,</w:t>
            </w:r>
            <w:r w:rsidR="00991599">
              <w:rPr>
                <w:sz w:val="19"/>
              </w:rPr>
              <w:t xml:space="preserve"> </w:t>
            </w:r>
            <w:r>
              <w:rPr>
                <w:sz w:val="19"/>
              </w:rPr>
              <w:t>megválasztásának szempontjai</w:t>
            </w:r>
          </w:p>
          <w:p w:rsidR="00E30E8C" w:rsidRDefault="00CA13FB">
            <w:pPr>
              <w:pStyle w:val="Felsorols"/>
              <w:spacing w:after="40"/>
              <w:ind w:left="312" w:hanging="198"/>
            </w:pPr>
            <w:r>
              <w:rPr>
                <w:sz w:val="19"/>
              </w:rPr>
              <w:t>A</w:t>
            </w:r>
            <w:r w:rsidR="00991599">
              <w:rPr>
                <w:sz w:val="19"/>
              </w:rPr>
              <w:t xml:space="preserve"> </w:t>
            </w:r>
            <w:r>
              <w:rPr>
                <w:sz w:val="19"/>
              </w:rPr>
              <w:t>játék</w:t>
            </w:r>
            <w:r w:rsidR="00991599">
              <w:rPr>
                <w:sz w:val="19"/>
              </w:rPr>
              <w:t xml:space="preserve"> </w:t>
            </w:r>
            <w:r>
              <w:rPr>
                <w:sz w:val="19"/>
              </w:rPr>
              <w:t>szerepe</w:t>
            </w:r>
            <w:r w:rsidR="00991599">
              <w:rPr>
                <w:sz w:val="19"/>
              </w:rPr>
              <w:t xml:space="preserve"> </w:t>
            </w:r>
            <w:r>
              <w:rPr>
                <w:sz w:val="19"/>
              </w:rPr>
              <w:t>a</w:t>
            </w:r>
            <w:r w:rsidR="00991599">
              <w:rPr>
                <w:sz w:val="19"/>
              </w:rPr>
              <w:t xml:space="preserve"> </w:t>
            </w:r>
            <w:r>
              <w:rPr>
                <w:sz w:val="19"/>
              </w:rPr>
              <w:t>személyiség fejlődésében</w:t>
            </w:r>
            <w:r w:rsidR="00991599">
              <w:rPr>
                <w:sz w:val="19"/>
              </w:rPr>
              <w:t xml:space="preserve"> </w:t>
            </w:r>
            <w:r>
              <w:rPr>
                <w:sz w:val="19"/>
              </w:rPr>
              <w:t>és</w:t>
            </w:r>
            <w:r w:rsidR="00991599">
              <w:rPr>
                <w:sz w:val="19"/>
              </w:rPr>
              <w:t xml:space="preserve"> </w:t>
            </w:r>
            <w:r>
              <w:rPr>
                <w:sz w:val="19"/>
              </w:rPr>
              <w:t>önkifejezésb</w:t>
            </w:r>
            <w:r>
              <w:rPr>
                <w:sz w:val="19"/>
              </w:rPr>
              <w:t>en</w:t>
            </w:r>
          </w:p>
          <w:p w:rsidR="00E30E8C" w:rsidRDefault="00CA13FB">
            <w:pPr>
              <w:pStyle w:val="Felsorols"/>
              <w:spacing w:after="40"/>
              <w:ind w:left="312" w:hanging="198"/>
            </w:pPr>
            <w:r>
              <w:rPr>
                <w:sz w:val="19"/>
              </w:rPr>
              <w:t>A</w:t>
            </w:r>
            <w:r w:rsidR="00991599">
              <w:rPr>
                <w:sz w:val="19"/>
              </w:rPr>
              <w:t xml:space="preserve"> </w:t>
            </w:r>
            <w:r>
              <w:rPr>
                <w:sz w:val="19"/>
              </w:rPr>
              <w:t>játék</w:t>
            </w:r>
            <w:r w:rsidR="00991599">
              <w:rPr>
                <w:sz w:val="19"/>
              </w:rPr>
              <w:t xml:space="preserve"> </w:t>
            </w:r>
            <w:r>
              <w:rPr>
                <w:sz w:val="19"/>
              </w:rPr>
              <w:t>„öngyógyító"</w:t>
            </w:r>
            <w:r w:rsidR="00991599">
              <w:rPr>
                <w:sz w:val="19"/>
              </w:rPr>
              <w:t xml:space="preserve"> </w:t>
            </w:r>
            <w:r>
              <w:rPr>
                <w:sz w:val="19"/>
              </w:rPr>
              <w:t>szerepe,</w:t>
            </w:r>
            <w:r w:rsidR="00991599">
              <w:rPr>
                <w:sz w:val="19"/>
              </w:rPr>
              <w:t xml:space="preserve"> </w:t>
            </w:r>
            <w:r>
              <w:rPr>
                <w:sz w:val="19"/>
              </w:rPr>
              <w:t>a</w:t>
            </w:r>
            <w:r w:rsidR="00991599">
              <w:rPr>
                <w:sz w:val="19"/>
              </w:rPr>
              <w:t xml:space="preserve"> </w:t>
            </w:r>
            <w:r>
              <w:rPr>
                <w:sz w:val="19"/>
              </w:rPr>
              <w:t>játék mint</w:t>
            </w:r>
            <w:r w:rsidR="00991599">
              <w:rPr>
                <w:sz w:val="19"/>
              </w:rPr>
              <w:t xml:space="preserve"> </w:t>
            </w:r>
            <w:r>
              <w:rPr>
                <w:sz w:val="19"/>
              </w:rPr>
              <w:t>terápiás</w:t>
            </w:r>
            <w:r w:rsidR="00991599">
              <w:rPr>
                <w:sz w:val="19"/>
              </w:rPr>
              <w:t xml:space="preserve"> </w:t>
            </w:r>
            <w:r>
              <w:rPr>
                <w:sz w:val="19"/>
              </w:rPr>
              <w:t>eszköz</w:t>
            </w:r>
          </w:p>
          <w:p w:rsidR="00E30E8C" w:rsidRDefault="00991599">
            <w:pPr>
              <w:pStyle w:val="Felsorols"/>
              <w:spacing w:after="40"/>
              <w:ind w:left="312" w:hanging="198"/>
            </w:pPr>
            <w:r>
              <w:rPr>
                <w:sz w:val="19"/>
              </w:rPr>
              <w:t>Önismere</w:t>
            </w:r>
            <w:r w:rsidR="00CA13FB">
              <w:rPr>
                <w:sz w:val="19"/>
              </w:rPr>
              <w:t>ti</w:t>
            </w:r>
            <w:r>
              <w:rPr>
                <w:sz w:val="19"/>
              </w:rPr>
              <w:t xml:space="preserve"> </w:t>
            </w:r>
            <w:r w:rsidR="00CA13FB">
              <w:rPr>
                <w:sz w:val="19"/>
              </w:rPr>
              <w:t>játékok</w:t>
            </w:r>
            <w:r>
              <w:rPr>
                <w:sz w:val="19"/>
              </w:rPr>
              <w:t xml:space="preserve"> </w:t>
            </w:r>
            <w:r w:rsidR="00CA13FB">
              <w:rPr>
                <w:sz w:val="19"/>
              </w:rPr>
              <w:t>fajtái,</w:t>
            </w:r>
            <w:r>
              <w:rPr>
                <w:sz w:val="19"/>
              </w:rPr>
              <w:t xml:space="preserve"> </w:t>
            </w:r>
            <w:r w:rsidR="00CA13FB">
              <w:rPr>
                <w:sz w:val="19"/>
              </w:rPr>
              <w:t>formái,a játék</w:t>
            </w:r>
            <w:r>
              <w:rPr>
                <w:sz w:val="19"/>
              </w:rPr>
              <w:t xml:space="preserve"> </w:t>
            </w:r>
            <w:r w:rsidR="00CA13FB">
              <w:rPr>
                <w:sz w:val="19"/>
              </w:rPr>
              <w:t>pszichoterápiás</w:t>
            </w:r>
            <w:r>
              <w:rPr>
                <w:sz w:val="19"/>
              </w:rPr>
              <w:t xml:space="preserve"> </w:t>
            </w:r>
            <w:r w:rsidR="00CA13FB">
              <w:rPr>
                <w:sz w:val="19"/>
              </w:rPr>
              <w:t>hatása</w:t>
            </w:r>
          </w:p>
          <w:p w:rsidR="00E30E8C" w:rsidRDefault="00CA13FB">
            <w:pPr>
              <w:pStyle w:val="Felsorols"/>
              <w:spacing w:after="40"/>
              <w:ind w:left="312" w:hanging="198"/>
            </w:pPr>
            <w:r>
              <w:rPr>
                <w:sz w:val="19"/>
              </w:rPr>
              <w:t>Mesék,</w:t>
            </w:r>
            <w:r w:rsidR="00991599">
              <w:rPr>
                <w:sz w:val="19"/>
              </w:rPr>
              <w:t xml:space="preserve"> </w:t>
            </w:r>
            <w:r>
              <w:rPr>
                <w:sz w:val="19"/>
              </w:rPr>
              <w:t>versekfeldolgozása szerepjátékkal</w:t>
            </w:r>
          </w:p>
          <w:p w:rsidR="00E30E8C" w:rsidRDefault="00CA13FB">
            <w:pPr>
              <w:pStyle w:val="Felsorols"/>
              <w:spacing w:after="40"/>
              <w:ind w:left="312" w:hanging="198"/>
            </w:pPr>
            <w:r>
              <w:rPr>
                <w:sz w:val="19"/>
              </w:rPr>
              <w:t>A</w:t>
            </w:r>
            <w:r w:rsidR="00991599">
              <w:rPr>
                <w:sz w:val="19"/>
              </w:rPr>
              <w:t xml:space="preserve"> </w:t>
            </w:r>
            <w:r>
              <w:rPr>
                <w:sz w:val="19"/>
              </w:rPr>
              <w:t>játékvezető</w:t>
            </w:r>
            <w:r w:rsidR="00991599">
              <w:rPr>
                <w:sz w:val="19"/>
              </w:rPr>
              <w:t xml:space="preserve"> </w:t>
            </w:r>
            <w:r>
              <w:rPr>
                <w:sz w:val="19"/>
              </w:rPr>
              <w:t>feladatai</w:t>
            </w:r>
            <w:r w:rsidR="00991599">
              <w:rPr>
                <w:sz w:val="19"/>
              </w:rPr>
              <w:t xml:space="preserve"> </w:t>
            </w:r>
            <w:r>
              <w:rPr>
                <w:sz w:val="19"/>
              </w:rPr>
              <w:t>,a játék</w:t>
            </w:r>
            <w:r>
              <w:rPr>
                <w:sz w:val="19"/>
              </w:rPr>
              <w:t>vezető</w:t>
            </w:r>
            <w:r>
              <w:rPr>
                <w:sz w:val="19"/>
              </w:rPr>
              <w:t>vel</w:t>
            </w:r>
            <w:r w:rsidR="00991599">
              <w:rPr>
                <w:sz w:val="19"/>
              </w:rPr>
              <w:t xml:space="preserve"> </w:t>
            </w:r>
            <w:r>
              <w:rPr>
                <w:sz w:val="19"/>
              </w:rPr>
              <w:t>szemben</w:t>
            </w:r>
            <w:r w:rsidR="00991599">
              <w:rPr>
                <w:sz w:val="19"/>
              </w:rPr>
              <w:t xml:space="preserve"> támasztott</w:t>
            </w:r>
            <w:r>
              <w:rPr>
                <w:sz w:val="19"/>
              </w:rPr>
              <w:t xml:space="preserve"> elvárások</w:t>
            </w:r>
          </w:p>
          <w:p w:rsidR="00991599" w:rsidRPr="00991599" w:rsidRDefault="00CA13FB">
            <w:pPr>
              <w:pStyle w:val="Felsorols"/>
              <w:spacing w:after="40"/>
              <w:ind w:left="312" w:hanging="198"/>
            </w:pPr>
            <w:r>
              <w:rPr>
                <w:sz w:val="19"/>
              </w:rPr>
              <w:t>A</w:t>
            </w:r>
            <w:r w:rsidR="00991599">
              <w:rPr>
                <w:sz w:val="19"/>
              </w:rPr>
              <w:t xml:space="preserve"> </w:t>
            </w:r>
            <w:r>
              <w:rPr>
                <w:sz w:val="19"/>
              </w:rPr>
              <w:t>játékos</w:t>
            </w:r>
            <w:r w:rsidR="00991599">
              <w:rPr>
                <w:sz w:val="19"/>
              </w:rPr>
              <w:t xml:space="preserve"> csopor</w:t>
            </w:r>
            <w:r>
              <w:rPr>
                <w:sz w:val="19"/>
              </w:rPr>
              <w:t>tfoglalkozásokon részvevők</w:t>
            </w:r>
            <w:r w:rsidR="00991599">
              <w:rPr>
                <w:sz w:val="19"/>
              </w:rPr>
              <w:t xml:space="preserve"> </w:t>
            </w:r>
            <w:r>
              <w:rPr>
                <w:sz w:val="19"/>
              </w:rPr>
              <w:t>csoport</w:t>
            </w:r>
            <w:r w:rsidR="00991599">
              <w:rPr>
                <w:sz w:val="19"/>
              </w:rPr>
              <w:t xml:space="preserve"> </w:t>
            </w:r>
            <w:r>
              <w:rPr>
                <w:sz w:val="19"/>
              </w:rPr>
              <w:t xml:space="preserve">dinamikaifejlődése </w:t>
            </w:r>
          </w:p>
          <w:p w:rsidR="00E30E8C" w:rsidRDefault="00CA13FB">
            <w:pPr>
              <w:pStyle w:val="Felsorols"/>
              <w:spacing w:after="40"/>
              <w:ind w:left="312" w:hanging="198"/>
            </w:pPr>
            <w:r>
              <w:rPr>
                <w:sz w:val="19"/>
              </w:rPr>
              <w:t>Játék–oktatás–szabadidő összefüggései,</w:t>
            </w:r>
            <w:r w:rsidR="00991599">
              <w:rPr>
                <w:sz w:val="19"/>
              </w:rPr>
              <w:t xml:space="preserve"> </w:t>
            </w:r>
            <w:r>
              <w:rPr>
                <w:sz w:val="19"/>
              </w:rPr>
              <w:t>szerepük</w:t>
            </w:r>
            <w:r w:rsidR="00991599">
              <w:rPr>
                <w:sz w:val="19"/>
              </w:rPr>
              <w:t xml:space="preserve"> </w:t>
            </w:r>
            <w:r>
              <w:rPr>
                <w:sz w:val="19"/>
              </w:rPr>
              <w:t>a</w:t>
            </w:r>
            <w:r w:rsidR="00991599">
              <w:rPr>
                <w:sz w:val="19"/>
              </w:rPr>
              <w:t xml:space="preserve"> </w:t>
            </w:r>
            <w:r>
              <w:rPr>
                <w:sz w:val="19"/>
              </w:rPr>
              <w:t>személyiség fejlesztésében</w:t>
            </w:r>
          </w:p>
          <w:p w:rsidR="00E30E8C" w:rsidRDefault="00CA13FB">
            <w:pPr>
              <w:pStyle w:val="Felsorols"/>
              <w:spacing w:after="40"/>
              <w:ind w:left="312" w:hanging="198"/>
            </w:pPr>
            <w:r>
              <w:rPr>
                <w:sz w:val="19"/>
              </w:rPr>
              <w:t>Konstrukciós</w:t>
            </w:r>
            <w:r w:rsidR="00991599">
              <w:rPr>
                <w:sz w:val="19"/>
              </w:rPr>
              <w:t xml:space="preserve"> </w:t>
            </w:r>
            <w:r>
              <w:rPr>
                <w:sz w:val="19"/>
              </w:rPr>
              <w:t>játékok</w:t>
            </w:r>
          </w:p>
          <w:p w:rsidR="00E30E8C" w:rsidRDefault="00CA13FB">
            <w:pPr>
              <w:pStyle w:val="Felsorols"/>
              <w:spacing w:after="40"/>
              <w:ind w:left="312" w:hanging="198"/>
            </w:pPr>
            <w:r>
              <w:rPr>
                <w:sz w:val="19"/>
              </w:rPr>
              <w:t>Korunk</w:t>
            </w:r>
            <w:r w:rsidR="00991599">
              <w:rPr>
                <w:sz w:val="19"/>
              </w:rPr>
              <w:t xml:space="preserve"> </w:t>
            </w:r>
            <w:r>
              <w:rPr>
                <w:sz w:val="19"/>
              </w:rPr>
              <w:t>játékai:</w:t>
            </w:r>
            <w:r w:rsidR="00991599">
              <w:rPr>
                <w:sz w:val="19"/>
              </w:rPr>
              <w:t xml:space="preserve"> </w:t>
            </w:r>
            <w:r>
              <w:rPr>
                <w:sz w:val="19"/>
              </w:rPr>
              <w:t>fantasyjátékok,</w:t>
            </w:r>
            <w:r w:rsidR="00991599">
              <w:rPr>
                <w:sz w:val="19"/>
              </w:rPr>
              <w:t xml:space="preserve"> </w:t>
            </w:r>
            <w:r>
              <w:rPr>
                <w:sz w:val="19"/>
              </w:rPr>
              <w:t>és virtuális</w:t>
            </w:r>
            <w:r w:rsidR="00991599">
              <w:rPr>
                <w:sz w:val="19"/>
              </w:rPr>
              <w:t xml:space="preserve"> </w:t>
            </w:r>
            <w:r>
              <w:rPr>
                <w:sz w:val="19"/>
              </w:rPr>
              <w:t>játékok,</w:t>
            </w:r>
            <w:r w:rsidR="00991599">
              <w:rPr>
                <w:sz w:val="19"/>
              </w:rPr>
              <w:t xml:space="preserve"> </w:t>
            </w:r>
            <w:r>
              <w:rPr>
                <w:sz w:val="19"/>
              </w:rPr>
              <w:t>ezek</w:t>
            </w:r>
            <w:r w:rsidR="00991599">
              <w:rPr>
                <w:sz w:val="19"/>
              </w:rPr>
              <w:t xml:space="preserve"> </w:t>
            </w:r>
            <w:r>
              <w:rPr>
                <w:sz w:val="19"/>
              </w:rPr>
              <w:t>előnyei</w:t>
            </w:r>
            <w:r w:rsidR="00991599">
              <w:rPr>
                <w:sz w:val="19"/>
              </w:rPr>
              <w:t xml:space="preserve"> </w:t>
            </w:r>
            <w:bookmarkStart w:id="0" w:name="_GoBack"/>
            <w:bookmarkEnd w:id="0"/>
            <w:r>
              <w:rPr>
                <w:sz w:val="19"/>
              </w:rPr>
              <w:t>és veszélyei</w:t>
            </w:r>
          </w:p>
        </w:tc>
      </w:tr>
    </w:tbl>
    <w:p w:rsidR="00CA13FB" w:rsidRDefault="00CA13FB"/>
    <w:sectPr w:rsidR="00CA13FB" w:rsidSect="00034616">
      <w:pgSz w:w="12240" w:h="15840"/>
      <w:pgMar w:top="964" w:right="1020" w:bottom="907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Szmozottlist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Szmozottlist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Felsorol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Felsorol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Szmozottlist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Felsorol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defaultTabStop w:val="720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991599"/>
    <w:rsid w:val="00AA1D8D"/>
    <w:rsid w:val="00B47730"/>
    <w:rsid w:val="00CA13FB"/>
    <w:rsid w:val="00CB0664"/>
    <w:rsid w:val="00E30E8C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C693F"/>
    <w:pPr>
      <w:spacing w:after="0"/>
    </w:pPr>
    <w:rPr>
      <w:rFonts w:ascii="Arial" w:hAnsi="Arial"/>
      <w:sz w:val="20"/>
    </w:rPr>
  </w:style>
  <w:style w:type="paragraph" w:styleId="Cmsor1">
    <w:name w:val="heading 1"/>
    <w:basedOn w:val="Norml"/>
    <w:next w:val="Norml"/>
    <w:link w:val="Cmsor1Char"/>
    <w:uiPriority w:val="9"/>
    <w:qFormat/>
    <w:rsid w:val="00FC693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FC693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FC693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FC693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FC693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FC693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FC693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FC693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618BF"/>
  </w:style>
  <w:style w:type="paragraph" w:styleId="llb">
    <w:name w:val="footer"/>
    <w:basedOn w:val="Norml"/>
    <w:link w:val="llb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618BF"/>
  </w:style>
  <w:style w:type="paragraph" w:styleId="Nincstrkz">
    <w:name w:val="No Spacing"/>
    <w:uiPriority w:val="1"/>
    <w:qFormat/>
    <w:rsid w:val="00FC693F"/>
    <w:pPr>
      <w:spacing w:after="0" w:line="240" w:lineRule="auto"/>
    </w:pPr>
  </w:style>
  <w:style w:type="character" w:customStyle="1" w:styleId="Cmsor1Char">
    <w:name w:val="Címsor 1 Char"/>
    <w:basedOn w:val="Bekezdsalapbettpusa"/>
    <w:link w:val="Cmsor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">
    <w:name w:val="Title"/>
    <w:basedOn w:val="Norml"/>
    <w:next w:val="Norml"/>
    <w:link w:val="Cm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mChar">
    <w:name w:val="Cím Char"/>
    <w:basedOn w:val="Bekezdsalapbettpusa"/>
    <w:link w:val="Cm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cm">
    <w:name w:val="Subtitle"/>
    <w:basedOn w:val="Norml"/>
    <w:next w:val="Norml"/>
    <w:link w:val="Alcm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cmChar">
    <w:name w:val="Alcím Char"/>
    <w:basedOn w:val="Bekezdsalapbettpusa"/>
    <w:link w:val="Alcm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aszerbekezds">
    <w:name w:val="List Paragraph"/>
    <w:basedOn w:val="Norml"/>
    <w:uiPriority w:val="34"/>
    <w:qFormat/>
    <w:rsid w:val="00FC693F"/>
    <w:pPr>
      <w:ind w:left="720"/>
      <w:contextualSpacing/>
    </w:pPr>
  </w:style>
  <w:style w:type="paragraph" w:styleId="Szvegtrzs">
    <w:name w:val="Body Text"/>
    <w:basedOn w:val="Norml"/>
    <w:link w:val="SzvegtrzsChar"/>
    <w:uiPriority w:val="99"/>
    <w:unhideWhenUsed/>
    <w:rsid w:val="00AA1D8D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rsid w:val="00AA1D8D"/>
  </w:style>
  <w:style w:type="paragraph" w:styleId="Szvegtrzs2">
    <w:name w:val="Body Text 2"/>
    <w:basedOn w:val="Norml"/>
    <w:link w:val="Szvegtrzs2Char"/>
    <w:uiPriority w:val="99"/>
    <w:unhideWhenUsed/>
    <w:rsid w:val="00AA1D8D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rsid w:val="00AA1D8D"/>
  </w:style>
  <w:style w:type="paragraph" w:styleId="Szvegtrzs3">
    <w:name w:val="Body Text 3"/>
    <w:basedOn w:val="Norml"/>
    <w:link w:val="Szvegtrzs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uiPriority w:val="99"/>
    <w:rsid w:val="00AA1D8D"/>
    <w:rPr>
      <w:sz w:val="16"/>
      <w:szCs w:val="16"/>
    </w:rPr>
  </w:style>
  <w:style w:type="paragraph" w:styleId="Lista">
    <w:name w:val="List"/>
    <w:basedOn w:val="Norm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l"/>
    <w:uiPriority w:val="99"/>
    <w:unhideWhenUsed/>
    <w:rsid w:val="00326F90"/>
    <w:pPr>
      <w:ind w:left="1080" w:hanging="360"/>
      <w:contextualSpacing/>
    </w:pPr>
  </w:style>
  <w:style w:type="paragraph" w:styleId="Felsorols">
    <w:name w:val="List Bullet"/>
    <w:basedOn w:val="Norml"/>
    <w:uiPriority w:val="99"/>
    <w:unhideWhenUsed/>
    <w:rsid w:val="00326F90"/>
    <w:pPr>
      <w:numPr>
        <w:numId w:val="1"/>
      </w:numPr>
      <w:contextualSpacing/>
    </w:pPr>
  </w:style>
  <w:style w:type="paragraph" w:styleId="Felsorols2">
    <w:name w:val="List Bullet 2"/>
    <w:basedOn w:val="Norml"/>
    <w:uiPriority w:val="99"/>
    <w:unhideWhenUsed/>
    <w:rsid w:val="00326F90"/>
    <w:pPr>
      <w:numPr>
        <w:numId w:val="2"/>
      </w:numPr>
      <w:contextualSpacing/>
    </w:pPr>
  </w:style>
  <w:style w:type="paragraph" w:styleId="Felsorols3">
    <w:name w:val="List Bullet 3"/>
    <w:basedOn w:val="Norml"/>
    <w:uiPriority w:val="99"/>
    <w:unhideWhenUsed/>
    <w:rsid w:val="00326F90"/>
    <w:pPr>
      <w:numPr>
        <w:numId w:val="3"/>
      </w:numPr>
      <w:contextualSpacing/>
    </w:pPr>
  </w:style>
  <w:style w:type="paragraph" w:styleId="Szmozottlista">
    <w:name w:val="List Number"/>
    <w:basedOn w:val="Norml"/>
    <w:uiPriority w:val="99"/>
    <w:unhideWhenUsed/>
    <w:rsid w:val="00326F90"/>
    <w:pPr>
      <w:numPr>
        <w:numId w:val="5"/>
      </w:numPr>
      <w:contextualSpacing/>
    </w:pPr>
  </w:style>
  <w:style w:type="paragraph" w:styleId="Szmozottlista2">
    <w:name w:val="List Number 2"/>
    <w:basedOn w:val="Norml"/>
    <w:uiPriority w:val="99"/>
    <w:unhideWhenUsed/>
    <w:rsid w:val="0029639D"/>
    <w:pPr>
      <w:numPr>
        <w:numId w:val="6"/>
      </w:numPr>
      <w:contextualSpacing/>
    </w:pPr>
  </w:style>
  <w:style w:type="paragraph" w:styleId="Szmozottlista3">
    <w:name w:val="List Number 3"/>
    <w:basedOn w:val="Norml"/>
    <w:uiPriority w:val="99"/>
    <w:unhideWhenUsed/>
    <w:rsid w:val="0029639D"/>
    <w:pPr>
      <w:numPr>
        <w:numId w:val="7"/>
      </w:numPr>
      <w:contextualSpacing/>
    </w:pPr>
  </w:style>
  <w:style w:type="paragraph" w:styleId="Listafolytatsa">
    <w:name w:val="List Continue"/>
    <w:basedOn w:val="Norml"/>
    <w:uiPriority w:val="99"/>
    <w:unhideWhenUsed/>
    <w:rsid w:val="0029639D"/>
    <w:pPr>
      <w:spacing w:after="120"/>
      <w:ind w:left="360"/>
      <w:contextualSpacing/>
    </w:pPr>
  </w:style>
  <w:style w:type="paragraph" w:styleId="Listafolytatsa2">
    <w:name w:val="List Continue 2"/>
    <w:basedOn w:val="Norml"/>
    <w:uiPriority w:val="99"/>
    <w:unhideWhenUsed/>
    <w:rsid w:val="0029639D"/>
    <w:pPr>
      <w:spacing w:after="120"/>
      <w:ind w:left="720"/>
      <w:contextualSpacing/>
    </w:pPr>
  </w:style>
  <w:style w:type="paragraph" w:styleId="Listafolytatsa3">
    <w:name w:val="List Continue 3"/>
    <w:basedOn w:val="Norml"/>
    <w:uiPriority w:val="99"/>
    <w:unhideWhenUsed/>
    <w:rsid w:val="0029639D"/>
    <w:pPr>
      <w:spacing w:after="120"/>
      <w:ind w:left="1080"/>
      <w:contextualSpacing/>
    </w:pPr>
  </w:style>
  <w:style w:type="paragraph" w:styleId="Makrszvege">
    <w:name w:val="macro"/>
    <w:link w:val="Makrszvege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szvegeChar">
    <w:name w:val="Makró szövege Char"/>
    <w:basedOn w:val="Bekezdsalapbettpusa"/>
    <w:link w:val="Makrszvege"/>
    <w:uiPriority w:val="99"/>
    <w:rsid w:val="0029639D"/>
    <w:rPr>
      <w:rFonts w:ascii="Courier" w:hAnsi="Courier"/>
      <w:sz w:val="20"/>
      <w:szCs w:val="20"/>
    </w:rPr>
  </w:style>
  <w:style w:type="paragraph" w:styleId="Idzet">
    <w:name w:val="Quote"/>
    <w:basedOn w:val="Norml"/>
    <w:next w:val="Norml"/>
    <w:link w:val="IdzetChar"/>
    <w:uiPriority w:val="29"/>
    <w:qFormat/>
    <w:rsid w:val="00FC693F"/>
    <w:rPr>
      <w:i/>
      <w:iCs/>
      <w:color w:val="000000" w:themeColor="text1"/>
    </w:rPr>
  </w:style>
  <w:style w:type="character" w:customStyle="1" w:styleId="IdzetChar">
    <w:name w:val="Idézet Char"/>
    <w:basedOn w:val="Bekezdsalapbettpusa"/>
    <w:link w:val="Idzet"/>
    <w:uiPriority w:val="29"/>
    <w:rsid w:val="00FC693F"/>
    <w:rPr>
      <w:i/>
      <w:iCs/>
      <w:color w:val="000000" w:themeColor="text1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Kiemels2">
    <w:name w:val="Strong"/>
    <w:basedOn w:val="Bekezdsalapbettpusa"/>
    <w:uiPriority w:val="22"/>
    <w:qFormat/>
    <w:rsid w:val="00FC693F"/>
    <w:rPr>
      <w:b/>
      <w:bCs/>
    </w:rPr>
  </w:style>
  <w:style w:type="character" w:styleId="Kiemels">
    <w:name w:val="Emphasis"/>
    <w:basedOn w:val="Bekezdsalapbettpusa"/>
    <w:uiPriority w:val="20"/>
    <w:qFormat/>
    <w:rsid w:val="00FC693F"/>
    <w:rPr>
      <w:i/>
      <w:iCs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FC693F"/>
    <w:rPr>
      <w:b/>
      <w:bCs/>
      <w:i/>
      <w:iCs/>
      <w:color w:val="4F81BD" w:themeColor="accent1"/>
    </w:rPr>
  </w:style>
  <w:style w:type="character" w:styleId="Finomkiemels">
    <w:name w:val="Subtle Emphasis"/>
    <w:basedOn w:val="Bekezdsalapbettpusa"/>
    <w:uiPriority w:val="19"/>
    <w:qFormat/>
    <w:rsid w:val="00FC693F"/>
    <w:rPr>
      <w:i/>
      <w:iCs/>
      <w:color w:val="808080" w:themeColor="text1" w:themeTint="7F"/>
    </w:rPr>
  </w:style>
  <w:style w:type="character" w:styleId="Ershangslyozs">
    <w:name w:val="Intense Emphasis"/>
    <w:basedOn w:val="Bekezdsalapbettpusa"/>
    <w:uiPriority w:val="21"/>
    <w:qFormat/>
    <w:rsid w:val="00FC693F"/>
    <w:rPr>
      <w:b/>
      <w:bCs/>
      <w:i/>
      <w:iCs/>
      <w:color w:val="4F81BD" w:themeColor="accent1"/>
    </w:rPr>
  </w:style>
  <w:style w:type="character" w:styleId="Finomhivatkozs">
    <w:name w:val="Subtle Reference"/>
    <w:basedOn w:val="Bekezdsalapbettpusa"/>
    <w:uiPriority w:val="31"/>
    <w:qFormat/>
    <w:rsid w:val="00FC693F"/>
    <w:rPr>
      <w:smallCaps/>
      <w:color w:val="C0504D" w:themeColor="accent2"/>
      <w:u w:val="single"/>
    </w:rPr>
  </w:style>
  <w:style w:type="character" w:styleId="Ershivatkozs">
    <w:name w:val="Intense Reference"/>
    <w:basedOn w:val="Bekezdsalapbettpusa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nyvcme">
    <w:name w:val="Book Title"/>
    <w:basedOn w:val="Bekezdsalapbettpusa"/>
    <w:uiPriority w:val="33"/>
    <w:qFormat/>
    <w:rsid w:val="00FC693F"/>
    <w:rPr>
      <w:b/>
      <w:bCs/>
      <w:smallCaps/>
      <w:spacing w:val="5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FC693F"/>
    <w:pPr>
      <w:outlineLvl w:val="9"/>
    </w:pPr>
  </w:style>
  <w:style w:type="table" w:styleId="Rcsostblzat">
    <w:name w:val="Table Grid"/>
    <w:basedOn w:val="Normltblzat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Vilgostnus">
    <w:name w:val="Light Shading"/>
    <w:basedOn w:val="Normltblzat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Vilgosrnykols1jellszn">
    <w:name w:val="Light Shading Accent 1"/>
    <w:basedOn w:val="Normltblzat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Vilgosrnykols2jellszn">
    <w:name w:val="Light Shading Accent 2"/>
    <w:basedOn w:val="Normltblzat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Vilgosrnykols3jellszn">
    <w:name w:val="Light Shading Accent 3"/>
    <w:basedOn w:val="Normltblzat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Vilgosrnykols4jellszn">
    <w:name w:val="Light Shading Accent 4"/>
    <w:basedOn w:val="Normltblzat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Vilgosrnykols5jellszn">
    <w:name w:val="Light Shading Accent 5"/>
    <w:basedOn w:val="Normltblzat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Vilgosrnykols6jellszn">
    <w:name w:val="Light Shading Accent 6"/>
    <w:basedOn w:val="Normltblzat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Vilgoslista">
    <w:name w:val="Light List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Vilgoslista1jellszn">
    <w:name w:val="Light List Accent 1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Vilgoslista2jellszn">
    <w:name w:val="Light List Accent 2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Vilgoslista3jellszn">
    <w:name w:val="Light List Accent 3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Vilgoslista4jellszn">
    <w:name w:val="Light List Accent 4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Vilgoslista5jellszn">
    <w:name w:val="Light List Accent 5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Vilgoslista6jellszn">
    <w:name w:val="Light List Accent 6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Vilgosrcs">
    <w:name w:val="Light Grid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Vilgosrcs1jellszn">
    <w:name w:val="Light Grid Accent 1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Vilgosrcs2jellszn">
    <w:name w:val="Light Grid Accent 2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Vilgosrcs3jellszn">
    <w:name w:val="Light Grid Accent 3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Vilgosrcs4jellszn">
    <w:name w:val="Light Grid Accent 4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Vilgosrcs5jellszn">
    <w:name w:val="Light Grid Accent 5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Vilgosrcs6jellszn">
    <w:name w:val="Light Grid Accent 6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Kzepesrnykols1">
    <w:name w:val="Medium Shading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1jellszn">
    <w:name w:val="Medium Shading 1 Accent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2jellszn">
    <w:name w:val="Medium Shading 1 Accent 2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3jellszn">
    <w:name w:val="Medium Shading 1 Accent 3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4jellszn">
    <w:name w:val="Medium Shading 1 Accent 4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5jellszn">
    <w:name w:val="Medium Shading 1 Accent 5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6jellszn">
    <w:name w:val="Medium Shading 1 Accent 6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2">
    <w:name w:val="Medium Shading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1jellszn">
    <w:name w:val="Medium Shading 2 Accent 1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2jellszn">
    <w:name w:val="Medium Shading 2 Accent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3jellszn">
    <w:name w:val="Medium Shading 2 Accent 3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4jellszn">
    <w:name w:val="Medium Shading 2 Accent 4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5jellszn">
    <w:name w:val="Medium Shading 2 Accent 5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6jellszn">
    <w:name w:val="Medium Shading 2 Accent 6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lista1">
    <w:name w:val="Medium Lis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Kzepeslista11jellszn">
    <w:name w:val="Medium List 1 Accen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Kzepeslista12jellszn">
    <w:name w:val="Medium List 1 Accent 2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Kzepeslista13jellszn">
    <w:name w:val="Medium List 1 Accent 3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Kzepeslista14jellszn">
    <w:name w:val="Medium List 1 Accent 4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Kzepeslista15jellszn">
    <w:name w:val="Medium List 1 Accent 5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Kzepeslista16jellszn">
    <w:name w:val="Medium List 1 Accent 6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Kzepeslista2">
    <w:name w:val="Medium Lis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1jellszn">
    <w:name w:val="Medium List 2 Accent 1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2jellszn">
    <w:name w:val="Medium List 2 Accen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3jellszn">
    <w:name w:val="Medium List 2 Accent 3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4jellszn">
    <w:name w:val="Medium List 2 Accent 4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5jellszn">
    <w:name w:val="Medium List 2 Accent 5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6jellszn">
    <w:name w:val="Medium List 2 Accent 6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rcs1">
    <w:name w:val="Medium Grid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zepesrcs11jellszn">
    <w:name w:val="Medium Grid 1 Accent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zepesrcs12jellszn">
    <w:name w:val="Medium Grid 1 Accent 2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zepesrcs13jellszn">
    <w:name w:val="Medium Grid 1 Accent 3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zepesrcs14jellszn">
    <w:name w:val="Medium Grid 1 Accent 4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zepesrcs15jellszn">
    <w:name w:val="Medium Grid 1 Accent 5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zepesrcs16jellszn">
    <w:name w:val="Medium Grid 1 Accent 6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Kzepesrcs2">
    <w:name w:val="Medium Grid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1jellszn">
    <w:name w:val="Medium Grid 2 Accent 1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2jellszn">
    <w:name w:val="Medium Grid 2 Accent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3jellszn">
    <w:name w:val="Medium Grid 2 Accent 3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4jellszn">
    <w:name w:val="Medium Grid 2 Accent 4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5jellszn">
    <w:name w:val="Medium Grid 2 Accent 5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6jellszn">
    <w:name w:val="Medium Grid 2 Accent 6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3">
    <w:name w:val="Medium Grid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Kzepesrcs31jellszn">
    <w:name w:val="Medium Grid 3 Accent 1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Kzepesrcs32jellszn">
    <w:name w:val="Medium Grid 3 Accent 2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Kzepesrcs33jellszn">
    <w:name w:val="Medium Grid 3 Accent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Kzepesrcs34jellszn">
    <w:name w:val="Medium Grid 3 Accent 4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Kzepesrcs35jellszn">
    <w:name w:val="Medium Grid 3 Accent 5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Kzepesrcs36jellszn">
    <w:name w:val="Medium Grid 3 Accent 6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Sttlista">
    <w:name w:val="Dark List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Sttlista1jellszn">
    <w:name w:val="Dark List Accent 1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Sttlista2jellszn">
    <w:name w:val="Dark List Accent 2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Sttlista3jellszn">
    <w:name w:val="Dark List Accent 3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Sttlista4jellszn">
    <w:name w:val="Dark List Accent 4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Sttlista5jellszn">
    <w:name w:val="Dark List Accent 5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Sttlista6jellszn">
    <w:name w:val="Dark List Accent 6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znesrnykols">
    <w:name w:val="Colorful Shading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1jellszn">
    <w:name w:val="Colorful Shading Accent 1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2jellszn">
    <w:name w:val="Colorful Shading Accent 2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3jellszn">
    <w:name w:val="Colorful Shading Accent 3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nykols4jellszn">
    <w:name w:val="Colorful Shading Accent 4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5jellszn">
    <w:name w:val="Colorful Shading Accent 5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6jellszn">
    <w:name w:val="Colorful Shading Accent 6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lista">
    <w:name w:val="Colorful List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Szneslista1jellszn">
    <w:name w:val="Colorful List Accent 1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Szneslista2jellszn">
    <w:name w:val="Colorful List Accent 2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Szneslista3jellszn">
    <w:name w:val="Colorful List Accent 3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Szneslista4jellszn">
    <w:name w:val="Colorful List Accent 4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Szneslista5jellszn">
    <w:name w:val="Colorful List Accent 5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Szneslista6jellszn">
    <w:name w:val="Colorful List Accent 6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Sznesrcs">
    <w:name w:val="Colorful Grid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znesrcs1jellszn">
    <w:name w:val="Colorful Grid Accent 1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znesrcs2jellszn">
    <w:name w:val="Colorful Grid Accent 2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znesrcs3jellszn">
    <w:name w:val="Colorful Grid Accent 3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cs4jellszn">
    <w:name w:val="Colorful Grid Accent 4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znesrcs5jellszn">
    <w:name w:val="Colorful Grid Accent 5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znesrcs6jellszn">
    <w:name w:val="Colorful Grid Accent 6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C693F"/>
    <w:pPr>
      <w:spacing w:after="0"/>
    </w:pPr>
    <w:rPr>
      <w:rFonts w:ascii="Arial" w:hAnsi="Arial"/>
      <w:sz w:val="20"/>
    </w:rPr>
  </w:style>
  <w:style w:type="paragraph" w:styleId="Cmsor1">
    <w:name w:val="heading 1"/>
    <w:basedOn w:val="Norml"/>
    <w:next w:val="Norml"/>
    <w:link w:val="Cmsor1Char"/>
    <w:uiPriority w:val="9"/>
    <w:qFormat/>
    <w:rsid w:val="00FC693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FC693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FC693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FC693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FC693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FC693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FC693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FC693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618BF"/>
  </w:style>
  <w:style w:type="paragraph" w:styleId="llb">
    <w:name w:val="footer"/>
    <w:basedOn w:val="Norml"/>
    <w:link w:val="llb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618BF"/>
  </w:style>
  <w:style w:type="paragraph" w:styleId="Nincstrkz">
    <w:name w:val="No Spacing"/>
    <w:uiPriority w:val="1"/>
    <w:qFormat/>
    <w:rsid w:val="00FC693F"/>
    <w:pPr>
      <w:spacing w:after="0" w:line="240" w:lineRule="auto"/>
    </w:pPr>
  </w:style>
  <w:style w:type="character" w:customStyle="1" w:styleId="Cmsor1Char">
    <w:name w:val="Címsor 1 Char"/>
    <w:basedOn w:val="Bekezdsalapbettpusa"/>
    <w:link w:val="Cmsor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">
    <w:name w:val="Title"/>
    <w:basedOn w:val="Norml"/>
    <w:next w:val="Norml"/>
    <w:link w:val="Cm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mChar">
    <w:name w:val="Cím Char"/>
    <w:basedOn w:val="Bekezdsalapbettpusa"/>
    <w:link w:val="Cm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cm">
    <w:name w:val="Subtitle"/>
    <w:basedOn w:val="Norml"/>
    <w:next w:val="Norml"/>
    <w:link w:val="Alcm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cmChar">
    <w:name w:val="Alcím Char"/>
    <w:basedOn w:val="Bekezdsalapbettpusa"/>
    <w:link w:val="Alcm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aszerbekezds">
    <w:name w:val="List Paragraph"/>
    <w:basedOn w:val="Norml"/>
    <w:uiPriority w:val="34"/>
    <w:qFormat/>
    <w:rsid w:val="00FC693F"/>
    <w:pPr>
      <w:ind w:left="720"/>
      <w:contextualSpacing/>
    </w:pPr>
  </w:style>
  <w:style w:type="paragraph" w:styleId="Szvegtrzs">
    <w:name w:val="Body Text"/>
    <w:basedOn w:val="Norml"/>
    <w:link w:val="SzvegtrzsChar"/>
    <w:uiPriority w:val="99"/>
    <w:unhideWhenUsed/>
    <w:rsid w:val="00AA1D8D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rsid w:val="00AA1D8D"/>
  </w:style>
  <w:style w:type="paragraph" w:styleId="Szvegtrzs2">
    <w:name w:val="Body Text 2"/>
    <w:basedOn w:val="Norml"/>
    <w:link w:val="Szvegtrzs2Char"/>
    <w:uiPriority w:val="99"/>
    <w:unhideWhenUsed/>
    <w:rsid w:val="00AA1D8D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rsid w:val="00AA1D8D"/>
  </w:style>
  <w:style w:type="paragraph" w:styleId="Szvegtrzs3">
    <w:name w:val="Body Text 3"/>
    <w:basedOn w:val="Norml"/>
    <w:link w:val="Szvegtrzs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uiPriority w:val="99"/>
    <w:rsid w:val="00AA1D8D"/>
    <w:rPr>
      <w:sz w:val="16"/>
      <w:szCs w:val="16"/>
    </w:rPr>
  </w:style>
  <w:style w:type="paragraph" w:styleId="Lista">
    <w:name w:val="List"/>
    <w:basedOn w:val="Norm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l"/>
    <w:uiPriority w:val="99"/>
    <w:unhideWhenUsed/>
    <w:rsid w:val="00326F90"/>
    <w:pPr>
      <w:ind w:left="1080" w:hanging="360"/>
      <w:contextualSpacing/>
    </w:pPr>
  </w:style>
  <w:style w:type="paragraph" w:styleId="Felsorols">
    <w:name w:val="List Bullet"/>
    <w:basedOn w:val="Norml"/>
    <w:uiPriority w:val="99"/>
    <w:unhideWhenUsed/>
    <w:rsid w:val="00326F90"/>
    <w:pPr>
      <w:numPr>
        <w:numId w:val="1"/>
      </w:numPr>
      <w:contextualSpacing/>
    </w:pPr>
  </w:style>
  <w:style w:type="paragraph" w:styleId="Felsorols2">
    <w:name w:val="List Bullet 2"/>
    <w:basedOn w:val="Norml"/>
    <w:uiPriority w:val="99"/>
    <w:unhideWhenUsed/>
    <w:rsid w:val="00326F90"/>
    <w:pPr>
      <w:numPr>
        <w:numId w:val="2"/>
      </w:numPr>
      <w:contextualSpacing/>
    </w:pPr>
  </w:style>
  <w:style w:type="paragraph" w:styleId="Felsorols3">
    <w:name w:val="List Bullet 3"/>
    <w:basedOn w:val="Norml"/>
    <w:uiPriority w:val="99"/>
    <w:unhideWhenUsed/>
    <w:rsid w:val="00326F90"/>
    <w:pPr>
      <w:numPr>
        <w:numId w:val="3"/>
      </w:numPr>
      <w:contextualSpacing/>
    </w:pPr>
  </w:style>
  <w:style w:type="paragraph" w:styleId="Szmozottlista">
    <w:name w:val="List Number"/>
    <w:basedOn w:val="Norml"/>
    <w:uiPriority w:val="99"/>
    <w:unhideWhenUsed/>
    <w:rsid w:val="00326F90"/>
    <w:pPr>
      <w:numPr>
        <w:numId w:val="5"/>
      </w:numPr>
      <w:contextualSpacing/>
    </w:pPr>
  </w:style>
  <w:style w:type="paragraph" w:styleId="Szmozottlista2">
    <w:name w:val="List Number 2"/>
    <w:basedOn w:val="Norml"/>
    <w:uiPriority w:val="99"/>
    <w:unhideWhenUsed/>
    <w:rsid w:val="0029639D"/>
    <w:pPr>
      <w:numPr>
        <w:numId w:val="6"/>
      </w:numPr>
      <w:contextualSpacing/>
    </w:pPr>
  </w:style>
  <w:style w:type="paragraph" w:styleId="Szmozottlista3">
    <w:name w:val="List Number 3"/>
    <w:basedOn w:val="Norml"/>
    <w:uiPriority w:val="99"/>
    <w:unhideWhenUsed/>
    <w:rsid w:val="0029639D"/>
    <w:pPr>
      <w:numPr>
        <w:numId w:val="7"/>
      </w:numPr>
      <w:contextualSpacing/>
    </w:pPr>
  </w:style>
  <w:style w:type="paragraph" w:styleId="Listafolytatsa">
    <w:name w:val="List Continue"/>
    <w:basedOn w:val="Norml"/>
    <w:uiPriority w:val="99"/>
    <w:unhideWhenUsed/>
    <w:rsid w:val="0029639D"/>
    <w:pPr>
      <w:spacing w:after="120"/>
      <w:ind w:left="360"/>
      <w:contextualSpacing/>
    </w:pPr>
  </w:style>
  <w:style w:type="paragraph" w:styleId="Listafolytatsa2">
    <w:name w:val="List Continue 2"/>
    <w:basedOn w:val="Norml"/>
    <w:uiPriority w:val="99"/>
    <w:unhideWhenUsed/>
    <w:rsid w:val="0029639D"/>
    <w:pPr>
      <w:spacing w:after="120"/>
      <w:ind w:left="720"/>
      <w:contextualSpacing/>
    </w:pPr>
  </w:style>
  <w:style w:type="paragraph" w:styleId="Listafolytatsa3">
    <w:name w:val="List Continue 3"/>
    <w:basedOn w:val="Norml"/>
    <w:uiPriority w:val="99"/>
    <w:unhideWhenUsed/>
    <w:rsid w:val="0029639D"/>
    <w:pPr>
      <w:spacing w:after="120"/>
      <w:ind w:left="1080"/>
      <w:contextualSpacing/>
    </w:pPr>
  </w:style>
  <w:style w:type="paragraph" w:styleId="Makrszvege">
    <w:name w:val="macro"/>
    <w:link w:val="Makrszvege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szvegeChar">
    <w:name w:val="Makró szövege Char"/>
    <w:basedOn w:val="Bekezdsalapbettpusa"/>
    <w:link w:val="Makrszvege"/>
    <w:uiPriority w:val="99"/>
    <w:rsid w:val="0029639D"/>
    <w:rPr>
      <w:rFonts w:ascii="Courier" w:hAnsi="Courier"/>
      <w:sz w:val="20"/>
      <w:szCs w:val="20"/>
    </w:rPr>
  </w:style>
  <w:style w:type="paragraph" w:styleId="Idzet">
    <w:name w:val="Quote"/>
    <w:basedOn w:val="Norml"/>
    <w:next w:val="Norml"/>
    <w:link w:val="IdzetChar"/>
    <w:uiPriority w:val="29"/>
    <w:qFormat/>
    <w:rsid w:val="00FC693F"/>
    <w:rPr>
      <w:i/>
      <w:iCs/>
      <w:color w:val="000000" w:themeColor="text1"/>
    </w:rPr>
  </w:style>
  <w:style w:type="character" w:customStyle="1" w:styleId="IdzetChar">
    <w:name w:val="Idézet Char"/>
    <w:basedOn w:val="Bekezdsalapbettpusa"/>
    <w:link w:val="Idzet"/>
    <w:uiPriority w:val="29"/>
    <w:rsid w:val="00FC693F"/>
    <w:rPr>
      <w:i/>
      <w:iCs/>
      <w:color w:val="000000" w:themeColor="text1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Kiemels2">
    <w:name w:val="Strong"/>
    <w:basedOn w:val="Bekezdsalapbettpusa"/>
    <w:uiPriority w:val="22"/>
    <w:qFormat/>
    <w:rsid w:val="00FC693F"/>
    <w:rPr>
      <w:b/>
      <w:bCs/>
    </w:rPr>
  </w:style>
  <w:style w:type="character" w:styleId="Kiemels">
    <w:name w:val="Emphasis"/>
    <w:basedOn w:val="Bekezdsalapbettpusa"/>
    <w:uiPriority w:val="20"/>
    <w:qFormat/>
    <w:rsid w:val="00FC693F"/>
    <w:rPr>
      <w:i/>
      <w:iCs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FC693F"/>
    <w:rPr>
      <w:b/>
      <w:bCs/>
      <w:i/>
      <w:iCs/>
      <w:color w:val="4F81BD" w:themeColor="accent1"/>
    </w:rPr>
  </w:style>
  <w:style w:type="character" w:styleId="Finomkiemels">
    <w:name w:val="Subtle Emphasis"/>
    <w:basedOn w:val="Bekezdsalapbettpusa"/>
    <w:uiPriority w:val="19"/>
    <w:qFormat/>
    <w:rsid w:val="00FC693F"/>
    <w:rPr>
      <w:i/>
      <w:iCs/>
      <w:color w:val="808080" w:themeColor="text1" w:themeTint="7F"/>
    </w:rPr>
  </w:style>
  <w:style w:type="character" w:styleId="Ershangslyozs">
    <w:name w:val="Intense Emphasis"/>
    <w:basedOn w:val="Bekezdsalapbettpusa"/>
    <w:uiPriority w:val="21"/>
    <w:qFormat/>
    <w:rsid w:val="00FC693F"/>
    <w:rPr>
      <w:b/>
      <w:bCs/>
      <w:i/>
      <w:iCs/>
      <w:color w:val="4F81BD" w:themeColor="accent1"/>
    </w:rPr>
  </w:style>
  <w:style w:type="character" w:styleId="Finomhivatkozs">
    <w:name w:val="Subtle Reference"/>
    <w:basedOn w:val="Bekezdsalapbettpusa"/>
    <w:uiPriority w:val="31"/>
    <w:qFormat/>
    <w:rsid w:val="00FC693F"/>
    <w:rPr>
      <w:smallCaps/>
      <w:color w:val="C0504D" w:themeColor="accent2"/>
      <w:u w:val="single"/>
    </w:rPr>
  </w:style>
  <w:style w:type="character" w:styleId="Ershivatkozs">
    <w:name w:val="Intense Reference"/>
    <w:basedOn w:val="Bekezdsalapbettpusa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nyvcme">
    <w:name w:val="Book Title"/>
    <w:basedOn w:val="Bekezdsalapbettpusa"/>
    <w:uiPriority w:val="33"/>
    <w:qFormat/>
    <w:rsid w:val="00FC693F"/>
    <w:rPr>
      <w:b/>
      <w:bCs/>
      <w:smallCaps/>
      <w:spacing w:val="5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FC693F"/>
    <w:pPr>
      <w:outlineLvl w:val="9"/>
    </w:pPr>
  </w:style>
  <w:style w:type="table" w:styleId="Rcsostblzat">
    <w:name w:val="Table Grid"/>
    <w:basedOn w:val="Normltblzat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Vilgostnus">
    <w:name w:val="Light Shading"/>
    <w:basedOn w:val="Normltblzat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Vilgosrnykols1jellszn">
    <w:name w:val="Light Shading Accent 1"/>
    <w:basedOn w:val="Normltblzat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Vilgosrnykols2jellszn">
    <w:name w:val="Light Shading Accent 2"/>
    <w:basedOn w:val="Normltblzat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Vilgosrnykols3jellszn">
    <w:name w:val="Light Shading Accent 3"/>
    <w:basedOn w:val="Normltblzat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Vilgosrnykols4jellszn">
    <w:name w:val="Light Shading Accent 4"/>
    <w:basedOn w:val="Normltblzat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Vilgosrnykols5jellszn">
    <w:name w:val="Light Shading Accent 5"/>
    <w:basedOn w:val="Normltblzat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Vilgosrnykols6jellszn">
    <w:name w:val="Light Shading Accent 6"/>
    <w:basedOn w:val="Normltblzat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Vilgoslista">
    <w:name w:val="Light List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Vilgoslista1jellszn">
    <w:name w:val="Light List Accent 1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Vilgoslista2jellszn">
    <w:name w:val="Light List Accent 2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Vilgoslista3jellszn">
    <w:name w:val="Light List Accent 3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Vilgoslista4jellszn">
    <w:name w:val="Light List Accent 4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Vilgoslista5jellszn">
    <w:name w:val="Light List Accent 5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Vilgoslista6jellszn">
    <w:name w:val="Light List Accent 6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Vilgosrcs">
    <w:name w:val="Light Grid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Vilgosrcs1jellszn">
    <w:name w:val="Light Grid Accent 1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Vilgosrcs2jellszn">
    <w:name w:val="Light Grid Accent 2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Vilgosrcs3jellszn">
    <w:name w:val="Light Grid Accent 3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Vilgosrcs4jellszn">
    <w:name w:val="Light Grid Accent 4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Vilgosrcs5jellszn">
    <w:name w:val="Light Grid Accent 5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Vilgosrcs6jellszn">
    <w:name w:val="Light Grid Accent 6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Kzepesrnykols1">
    <w:name w:val="Medium Shading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1jellszn">
    <w:name w:val="Medium Shading 1 Accent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2jellszn">
    <w:name w:val="Medium Shading 1 Accent 2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3jellszn">
    <w:name w:val="Medium Shading 1 Accent 3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4jellszn">
    <w:name w:val="Medium Shading 1 Accent 4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5jellszn">
    <w:name w:val="Medium Shading 1 Accent 5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6jellszn">
    <w:name w:val="Medium Shading 1 Accent 6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2">
    <w:name w:val="Medium Shading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1jellszn">
    <w:name w:val="Medium Shading 2 Accent 1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2jellszn">
    <w:name w:val="Medium Shading 2 Accent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3jellszn">
    <w:name w:val="Medium Shading 2 Accent 3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4jellszn">
    <w:name w:val="Medium Shading 2 Accent 4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5jellszn">
    <w:name w:val="Medium Shading 2 Accent 5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6jellszn">
    <w:name w:val="Medium Shading 2 Accent 6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lista1">
    <w:name w:val="Medium Lis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Kzepeslista11jellszn">
    <w:name w:val="Medium List 1 Accen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Kzepeslista12jellszn">
    <w:name w:val="Medium List 1 Accent 2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Kzepeslista13jellszn">
    <w:name w:val="Medium List 1 Accent 3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Kzepeslista14jellszn">
    <w:name w:val="Medium List 1 Accent 4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Kzepeslista15jellszn">
    <w:name w:val="Medium List 1 Accent 5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Kzepeslista16jellszn">
    <w:name w:val="Medium List 1 Accent 6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Kzepeslista2">
    <w:name w:val="Medium Lis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1jellszn">
    <w:name w:val="Medium List 2 Accent 1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2jellszn">
    <w:name w:val="Medium List 2 Accen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3jellszn">
    <w:name w:val="Medium List 2 Accent 3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4jellszn">
    <w:name w:val="Medium List 2 Accent 4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5jellszn">
    <w:name w:val="Medium List 2 Accent 5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6jellszn">
    <w:name w:val="Medium List 2 Accent 6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rcs1">
    <w:name w:val="Medium Grid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zepesrcs11jellszn">
    <w:name w:val="Medium Grid 1 Accent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zepesrcs12jellszn">
    <w:name w:val="Medium Grid 1 Accent 2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zepesrcs13jellszn">
    <w:name w:val="Medium Grid 1 Accent 3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zepesrcs14jellszn">
    <w:name w:val="Medium Grid 1 Accent 4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zepesrcs15jellszn">
    <w:name w:val="Medium Grid 1 Accent 5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zepesrcs16jellszn">
    <w:name w:val="Medium Grid 1 Accent 6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Kzepesrcs2">
    <w:name w:val="Medium Grid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1jellszn">
    <w:name w:val="Medium Grid 2 Accent 1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2jellszn">
    <w:name w:val="Medium Grid 2 Accent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3jellszn">
    <w:name w:val="Medium Grid 2 Accent 3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4jellszn">
    <w:name w:val="Medium Grid 2 Accent 4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5jellszn">
    <w:name w:val="Medium Grid 2 Accent 5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6jellszn">
    <w:name w:val="Medium Grid 2 Accent 6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3">
    <w:name w:val="Medium Grid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Kzepesrcs31jellszn">
    <w:name w:val="Medium Grid 3 Accent 1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Kzepesrcs32jellszn">
    <w:name w:val="Medium Grid 3 Accent 2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Kzepesrcs33jellszn">
    <w:name w:val="Medium Grid 3 Accent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Kzepesrcs34jellszn">
    <w:name w:val="Medium Grid 3 Accent 4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Kzepesrcs35jellszn">
    <w:name w:val="Medium Grid 3 Accent 5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Kzepesrcs36jellszn">
    <w:name w:val="Medium Grid 3 Accent 6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Sttlista">
    <w:name w:val="Dark List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Sttlista1jellszn">
    <w:name w:val="Dark List Accent 1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Sttlista2jellszn">
    <w:name w:val="Dark List Accent 2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Sttlista3jellszn">
    <w:name w:val="Dark List Accent 3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Sttlista4jellszn">
    <w:name w:val="Dark List Accent 4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Sttlista5jellszn">
    <w:name w:val="Dark List Accent 5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Sttlista6jellszn">
    <w:name w:val="Dark List Accent 6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znesrnykols">
    <w:name w:val="Colorful Shading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1jellszn">
    <w:name w:val="Colorful Shading Accent 1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2jellszn">
    <w:name w:val="Colorful Shading Accent 2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3jellszn">
    <w:name w:val="Colorful Shading Accent 3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nykols4jellszn">
    <w:name w:val="Colorful Shading Accent 4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5jellszn">
    <w:name w:val="Colorful Shading Accent 5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6jellszn">
    <w:name w:val="Colorful Shading Accent 6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lista">
    <w:name w:val="Colorful List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Szneslista1jellszn">
    <w:name w:val="Colorful List Accent 1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Szneslista2jellszn">
    <w:name w:val="Colorful List Accent 2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Szneslista3jellszn">
    <w:name w:val="Colorful List Accent 3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Szneslista4jellszn">
    <w:name w:val="Colorful List Accent 4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Szneslista5jellszn">
    <w:name w:val="Colorful List Accent 5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Szneslista6jellszn">
    <w:name w:val="Colorful List Accent 6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Sznesrcs">
    <w:name w:val="Colorful Grid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znesrcs1jellszn">
    <w:name w:val="Colorful Grid Accent 1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znesrcs2jellszn">
    <w:name w:val="Colorful Grid Accent 2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znesrcs3jellszn">
    <w:name w:val="Colorful Grid Accent 3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cs4jellszn">
    <w:name w:val="Colorful Grid Accent 4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znesrcs5jellszn">
    <w:name w:val="Colorful Grid Accent 5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znesrcs6jellszn">
    <w:name w:val="Colorful Grid Accent 6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9245DEF-4958-4E01-9764-EC3BBC4312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165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1308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Monika</cp:lastModifiedBy>
  <cp:revision>3</cp:revision>
  <dcterms:created xsi:type="dcterms:W3CDTF">2013-12-23T23:15:00Z</dcterms:created>
  <dcterms:modified xsi:type="dcterms:W3CDTF">2026-10-27T16:36:00Z</dcterms:modified>
  <cp:category/>
</cp:coreProperties>
</file>