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</w:rPr>
        <w:t>10. évfolyam – oktatás ágazat- értékteremtő gyermeknevelés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216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Nevelési helyzetek és nevelési folyamatok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pedagógia tárgya, célja, feladata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pedagógia a tudományok rendszerében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pedagógia mint inter- és/vagy multidiszciplináris tudomány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pedagógia területei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Gyermekkor régen és ma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gyermekkor jellemzői az őskortól napjainkig (a gyermekekről kialakított kép, a gyermeknevelés alapelvei, a gyermekek jellemző tevékenységei)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intézményes kisgyermeknevelés kezdetei Magyarországon (Brunszvik Terézia, Bezerédy Amália)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Reformpedagógiai irányzatok (Waldorf, Montessori, Freinet, Rogers stb.)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Pedagógiai törekvések a XX–XXI. században (KIP program, távoktatás, digitális, online oktatás stb.)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Fejlődés, érés, nevelés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nevelés fogalma, célja, feladata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személyiség fejlődését meghatározó biológiai tényezők és a környezeti nevelési hatások kölcsönhatása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nevelhetőség kérdésköre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adottság, a rátermettség, a hajlam, a temperamentum, az érdeklődés, a képesség, a tehetség, a kreativitás fogalma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nevelés feladat- és eszközrendszere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nevelés, a személyiségfejlesztés fő területei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értelmi nevelés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érzelmi nevelés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egészséges életmódra nevelés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erkölcsi nevelés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esztétikai nevelés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környezeti nevelés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érték és norma a nevelés folyamatában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értékek, értékrendek felosztása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Kollektív értékek Individuális értékek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Fejlődés és szocializáció különböző életkorokban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Bölcsőde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bölcsődéskorú gyermek életkori sajátosságai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Óvodába kerülés, beszoktatás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Óvodai szocializáció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óvodáskor jellemzői</w:t>
            </w:r>
          </w:p>
        </w:tc>
      </w:tr>
    </w:tbl>
    <w:p>
      <w:r>
        <w:br w:type="page"/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gyermek mozgása, testi jellemzői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Értelmi fejlődés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óvodások érzelmi fejlődése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Társas jellemzők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Nemi identitás fejlődése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Éntudat kialakulása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Önszabályozás Önállóság, autonómia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iskolába lépő gyermek jellemzői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kisiskoláskor jellemzői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serdülőkor és ifjúkor jellemzői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Az iskolaérettség kritériumai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Társas készségek, szociális kompetencia,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Agresszió Barátság Gyerekcsoportok jellemzői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Gyerekcsoportok fejlődési fázisai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A csoport kohéziójának növelése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Szociális kompetenciát fejlesztő játékok</w:t>
            </w:r>
          </w:p>
        </w:tc>
      </w:tr>
    </w:tbl>
    <w:sectPr w:rsidR="00FC693F" w:rsidRPr="0006063C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