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sz w:val="22"/>
        </w:rPr>
        <w:t>10. évfolyam – oktatás ágazat- élménypedagógia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309"/>
        <w:gridCol w:w="5216"/>
      </w:tblGrid>
      <w:tr>
        <w:tc>
          <w:tcPr>
            <w:tcW w:type="dxa" w:w="4309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216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Mesepedagógia – bábjáték – drámajáték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Mi a mesepedagógia? Mondókák, mesék és az életkori sajátosságok összefüggései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mesék szimbolikus nyelve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meseterápia elvei, témakörei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felnőtté válás, úton lévők meséi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Életválságok meséi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öregedés, a halál témája a mesékben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Mesélés eszközei, játékeszközök alkotása (jelmez-, bábkészítés)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Környezettudatos játékok, tárgyak metamorfózisa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szerepjátékok világa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Dramatikus játékok (szöveggel, hanggal, bábbal, zenével, mozgással, tánccal)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dramatikus nevelés pozitív hatásai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bábjátékok és alkalmazási lehetőségük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alkotó folyamat varázsa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Történetalkotás, rögtönzés, saját történetek feldolgozása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Színjátékos tevékenység (vers- és prózamondás, jelenet, előadás)</w:t>
            </w:r>
          </w:p>
        </w:tc>
      </w:tr>
    </w:tbl>
    <w:sectPr w:rsidR="00FC693F" w:rsidRPr="0006063C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